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7544B" w14:textId="06D03990" w:rsidR="00776370" w:rsidRPr="0020608A" w:rsidRDefault="00716BE3" w:rsidP="0020608A">
      <w:pPr>
        <w:jc w:val="center"/>
        <w:rPr>
          <w:rFonts w:ascii="Century Gothic" w:hAnsi="Century Gothic"/>
          <w:color w:val="0070C0"/>
          <w:sz w:val="36"/>
          <w:szCs w:val="36"/>
        </w:rPr>
      </w:pPr>
      <w:r w:rsidRPr="0020608A">
        <w:rPr>
          <w:rFonts w:ascii="Century Gothic" w:hAnsi="Century Gothic"/>
          <w:color w:val="0070C0"/>
          <w:sz w:val="36"/>
          <w:szCs w:val="36"/>
        </w:rPr>
        <w:t xml:space="preserve">KS1 Geography Detailed Progression of Skills and Knowledge Year </w:t>
      </w:r>
      <w:r w:rsidR="00FC0A95">
        <w:rPr>
          <w:rFonts w:ascii="Century Gothic" w:hAnsi="Century Gothic"/>
          <w:color w:val="0070C0"/>
          <w:sz w:val="36"/>
          <w:szCs w:val="36"/>
        </w:rPr>
        <w:t>A</w:t>
      </w:r>
    </w:p>
    <w:p w14:paraId="53E98BF3" w14:textId="77777777" w:rsidR="00776370" w:rsidRPr="0020608A" w:rsidRDefault="00716BE3" w:rsidP="0020608A">
      <w:pPr>
        <w:rPr>
          <w:rFonts w:ascii="Century Gothic" w:hAnsi="Century Gothic"/>
          <w:b/>
          <w:bCs/>
          <w:color w:val="0070C0"/>
        </w:rPr>
      </w:pPr>
      <w:r w:rsidRPr="0020608A">
        <w:rPr>
          <w:rFonts w:ascii="Century Gothic" w:hAnsi="Century Gothic"/>
          <w:b/>
          <w:bCs/>
          <w:color w:val="0070C0"/>
        </w:rPr>
        <w:t>Would you prefer to live in a hot or cold place?</w:t>
      </w:r>
    </w:p>
    <w:p w14:paraId="41AAC6CA" w14:textId="77777777" w:rsidR="00776370" w:rsidRPr="0020608A" w:rsidRDefault="00716BE3" w:rsidP="0020608A">
      <w:pPr>
        <w:rPr>
          <w:rFonts w:ascii="Century Gothic" w:hAnsi="Century Gothic"/>
        </w:rPr>
      </w:pPr>
      <w:r w:rsidRPr="0020608A">
        <w:rPr>
          <w:rFonts w:ascii="Century Gothic" w:hAnsi="Century Gothic"/>
        </w:rPr>
        <w:t>Year 2 Geography Unit: Pupils explore hot and cold places around the world, comparing weather, climate, and life in different regions. They develop map skills to locate continents, the Equator, and the Poles, and learn about local weather through fieldwork.</w:t>
      </w:r>
      <w:r w:rsidRPr="0020608A">
        <w:rPr>
          <w:rFonts w:ascii="Century Gothic" w:hAnsi="Century Gothic"/>
        </w:rPr>
        <w:br/>
      </w:r>
      <w:r w:rsidRPr="0020608A">
        <w:rPr>
          <w:rFonts w:ascii="Century Gothic" w:hAnsi="Century Gothic"/>
        </w:rPr>
        <w:br/>
        <w:t>Prior learning: What is it like to live in Shanghai?</w:t>
      </w:r>
      <w:r w:rsidRPr="0020608A">
        <w:rPr>
          <w:rFonts w:ascii="Century Gothic" w:hAnsi="Century Gothic"/>
        </w:rPr>
        <w:br/>
        <w:t>Suggested next steps: Why is our world wonderful?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2279"/>
        <w:gridCol w:w="3641"/>
        <w:gridCol w:w="3398"/>
        <w:gridCol w:w="2698"/>
        <w:gridCol w:w="222"/>
      </w:tblGrid>
      <w:tr w:rsidR="00FA46F2" w:rsidRPr="0020608A" w14:paraId="29973DD2" w14:textId="021F3DD9" w:rsidTr="00FA46F2">
        <w:tc>
          <w:tcPr>
            <w:tcW w:w="0" w:type="auto"/>
            <w:vAlign w:val="center"/>
          </w:tcPr>
          <w:p w14:paraId="4F99013C" w14:textId="77777777" w:rsidR="00FA46F2" w:rsidRPr="0020608A" w:rsidRDefault="00FA46F2" w:rsidP="0020608A">
            <w:pPr>
              <w:spacing w:after="0"/>
              <w:jc w:val="center"/>
              <w:rPr>
                <w:rFonts w:ascii="Century Gothic" w:hAnsi="Century Gothic"/>
                <w:b/>
                <w:bCs/>
              </w:rPr>
            </w:pPr>
            <w:r w:rsidRPr="0020608A">
              <w:rPr>
                <w:rFonts w:ascii="Century Gothic" w:hAnsi="Century Gothic"/>
                <w:b/>
                <w:bCs/>
              </w:rPr>
              <w:t>Lesson</w:t>
            </w:r>
          </w:p>
        </w:tc>
        <w:tc>
          <w:tcPr>
            <w:tcW w:w="0" w:type="auto"/>
            <w:vAlign w:val="center"/>
          </w:tcPr>
          <w:p w14:paraId="3BD12A12" w14:textId="77777777" w:rsidR="00FA46F2" w:rsidRPr="0020608A" w:rsidRDefault="00FA46F2" w:rsidP="0020608A">
            <w:pPr>
              <w:spacing w:after="0"/>
              <w:jc w:val="center"/>
              <w:rPr>
                <w:rFonts w:ascii="Century Gothic" w:hAnsi="Century Gothic"/>
                <w:b/>
                <w:bCs/>
              </w:rPr>
            </w:pPr>
            <w:r w:rsidRPr="0020608A">
              <w:rPr>
                <w:rFonts w:ascii="Century Gothic" w:hAnsi="Century Gothic"/>
                <w:b/>
                <w:bCs/>
              </w:rPr>
              <w:t>Learning Objectives</w:t>
            </w:r>
          </w:p>
        </w:tc>
        <w:tc>
          <w:tcPr>
            <w:tcW w:w="0" w:type="auto"/>
            <w:vAlign w:val="center"/>
          </w:tcPr>
          <w:p w14:paraId="6247D51F" w14:textId="77777777" w:rsidR="00FA46F2" w:rsidRPr="0020608A" w:rsidRDefault="00FA46F2" w:rsidP="0020608A">
            <w:pPr>
              <w:spacing w:after="0"/>
              <w:jc w:val="center"/>
              <w:rPr>
                <w:rFonts w:ascii="Century Gothic" w:hAnsi="Century Gothic"/>
                <w:b/>
                <w:bCs/>
              </w:rPr>
            </w:pPr>
            <w:r w:rsidRPr="0020608A">
              <w:rPr>
                <w:rFonts w:ascii="Century Gothic" w:hAnsi="Century Gothic"/>
                <w:b/>
                <w:bCs/>
              </w:rPr>
              <w:t>Core Knowledge</w:t>
            </w:r>
          </w:p>
        </w:tc>
        <w:tc>
          <w:tcPr>
            <w:tcW w:w="0" w:type="auto"/>
            <w:vAlign w:val="center"/>
          </w:tcPr>
          <w:p w14:paraId="78C7E545" w14:textId="77777777" w:rsidR="00FA46F2" w:rsidRPr="0020608A" w:rsidRDefault="00FA46F2" w:rsidP="0020608A">
            <w:pPr>
              <w:spacing w:after="0"/>
              <w:jc w:val="center"/>
              <w:rPr>
                <w:rFonts w:ascii="Century Gothic" w:hAnsi="Century Gothic"/>
                <w:b/>
                <w:bCs/>
              </w:rPr>
            </w:pPr>
            <w:r w:rsidRPr="0020608A">
              <w:rPr>
                <w:rFonts w:ascii="Century Gothic" w:hAnsi="Century Gothic"/>
                <w:b/>
                <w:bCs/>
              </w:rPr>
              <w:t>Core Skills</w:t>
            </w:r>
          </w:p>
        </w:tc>
        <w:tc>
          <w:tcPr>
            <w:tcW w:w="0" w:type="auto"/>
            <w:vAlign w:val="center"/>
          </w:tcPr>
          <w:p w14:paraId="27B36E32" w14:textId="77777777" w:rsidR="00FA46F2" w:rsidRPr="0020608A" w:rsidRDefault="00FA46F2" w:rsidP="0020608A">
            <w:pPr>
              <w:spacing w:after="0"/>
              <w:jc w:val="center"/>
              <w:rPr>
                <w:rFonts w:ascii="Century Gothic" w:hAnsi="Century Gothic"/>
                <w:b/>
                <w:bCs/>
              </w:rPr>
            </w:pPr>
            <w:r w:rsidRPr="0020608A">
              <w:rPr>
                <w:rFonts w:ascii="Century Gothic" w:hAnsi="Century Gothic"/>
                <w:b/>
                <w:bCs/>
              </w:rPr>
              <w:t>Key Vocabulary</w:t>
            </w:r>
          </w:p>
        </w:tc>
        <w:tc>
          <w:tcPr>
            <w:tcW w:w="0" w:type="auto"/>
          </w:tcPr>
          <w:p w14:paraId="03947099" w14:textId="77777777" w:rsidR="00FA46F2" w:rsidRPr="0020608A" w:rsidRDefault="00FA46F2" w:rsidP="0020608A">
            <w:pPr>
              <w:spacing w:after="0"/>
              <w:jc w:val="center"/>
              <w:rPr>
                <w:rFonts w:ascii="Century Gothic" w:hAnsi="Century Gothic"/>
                <w:b/>
                <w:bCs/>
              </w:rPr>
            </w:pPr>
          </w:p>
        </w:tc>
      </w:tr>
      <w:tr w:rsidR="00FA46F2" w:rsidRPr="0020608A" w14:paraId="23FD54FC" w14:textId="6077DFF1" w:rsidTr="00FA46F2">
        <w:tc>
          <w:tcPr>
            <w:tcW w:w="0" w:type="auto"/>
          </w:tcPr>
          <w:p w14:paraId="2A2B69F9" w14:textId="77777777" w:rsidR="00FA46F2" w:rsidRPr="0020608A" w:rsidRDefault="00FA46F2" w:rsidP="0020608A">
            <w:pPr>
              <w:rPr>
                <w:rFonts w:ascii="Century Gothic" w:hAnsi="Century Gothic"/>
                <w:b/>
                <w:bCs/>
              </w:rPr>
            </w:pPr>
            <w:r w:rsidRPr="0020608A">
              <w:rPr>
                <w:rFonts w:ascii="Century Gothic" w:hAnsi="Century Gothic"/>
                <w:b/>
                <w:bCs/>
              </w:rPr>
              <w:t>1: Where are the continents?</w:t>
            </w:r>
          </w:p>
        </w:tc>
        <w:tc>
          <w:tcPr>
            <w:tcW w:w="0" w:type="auto"/>
          </w:tcPr>
          <w:p w14:paraId="5E8D3046" w14:textId="77777777" w:rsidR="00FA46F2" w:rsidRPr="0020608A" w:rsidRDefault="00FA46F2" w:rsidP="0020608A">
            <w:pPr>
              <w:rPr>
                <w:rFonts w:ascii="Century Gothic" w:hAnsi="Century Gothic"/>
              </w:rPr>
            </w:pPr>
            <w:r w:rsidRPr="0020608A">
              <w:rPr>
                <w:rFonts w:ascii="Century Gothic" w:hAnsi="Century Gothic"/>
              </w:rPr>
              <w:t>To name and locate the seven continents.</w:t>
            </w:r>
          </w:p>
        </w:tc>
        <w:tc>
          <w:tcPr>
            <w:tcW w:w="0" w:type="auto"/>
          </w:tcPr>
          <w:p w14:paraId="6981DDD2" w14:textId="77777777" w:rsidR="00FA46F2" w:rsidRPr="0020608A" w:rsidRDefault="00FA46F2" w:rsidP="0020608A">
            <w:pPr>
              <w:rPr>
                <w:rFonts w:ascii="Century Gothic" w:hAnsi="Century Gothic"/>
              </w:rPr>
            </w:pPr>
            <w:r w:rsidRPr="0020608A">
              <w:rPr>
                <w:rFonts w:ascii="Century Gothic" w:hAnsi="Century Gothic"/>
              </w:rPr>
              <w:t>Know the names and locations of the seven continents on a world map.</w:t>
            </w:r>
          </w:p>
        </w:tc>
        <w:tc>
          <w:tcPr>
            <w:tcW w:w="0" w:type="auto"/>
          </w:tcPr>
          <w:p w14:paraId="3627ACD0" w14:textId="77777777" w:rsidR="00FA46F2" w:rsidRPr="0020608A" w:rsidRDefault="00FA46F2" w:rsidP="0020608A">
            <w:pPr>
              <w:rPr>
                <w:rFonts w:ascii="Century Gothic" w:hAnsi="Century Gothic"/>
              </w:rPr>
            </w:pPr>
            <w:r w:rsidRPr="0020608A">
              <w:rPr>
                <w:rFonts w:ascii="Century Gothic" w:hAnsi="Century Gothic"/>
              </w:rPr>
              <w:t>Use world maps, globes, and atlases to identify continents.</w:t>
            </w:r>
          </w:p>
        </w:tc>
        <w:tc>
          <w:tcPr>
            <w:tcW w:w="0" w:type="auto"/>
          </w:tcPr>
          <w:p w14:paraId="2B1D7424" w14:textId="77777777" w:rsidR="00FA46F2" w:rsidRPr="0020608A" w:rsidRDefault="00FA46F2" w:rsidP="0020608A">
            <w:pPr>
              <w:rPr>
                <w:rFonts w:ascii="Century Gothic" w:hAnsi="Century Gothic"/>
              </w:rPr>
            </w:pPr>
            <w:r w:rsidRPr="0020608A">
              <w:rPr>
                <w:rFonts w:ascii="Century Gothic" w:hAnsi="Century Gothic"/>
              </w:rPr>
              <w:t>continent, map, globe, ocean, land</w:t>
            </w:r>
          </w:p>
        </w:tc>
        <w:tc>
          <w:tcPr>
            <w:tcW w:w="0" w:type="auto"/>
          </w:tcPr>
          <w:p w14:paraId="71D70374" w14:textId="77777777" w:rsidR="00FA46F2" w:rsidRPr="0020608A" w:rsidRDefault="00FA46F2" w:rsidP="0020608A">
            <w:pPr>
              <w:rPr>
                <w:rFonts w:ascii="Century Gothic" w:hAnsi="Century Gothic"/>
              </w:rPr>
            </w:pPr>
          </w:p>
        </w:tc>
      </w:tr>
      <w:tr w:rsidR="00FA46F2" w:rsidRPr="0020608A" w14:paraId="2780D866" w14:textId="227F07F6" w:rsidTr="00FA46F2">
        <w:tc>
          <w:tcPr>
            <w:tcW w:w="0" w:type="auto"/>
          </w:tcPr>
          <w:p w14:paraId="48B1FB19" w14:textId="77777777" w:rsidR="00FA46F2" w:rsidRPr="0020608A" w:rsidRDefault="00FA46F2" w:rsidP="0020608A">
            <w:pPr>
              <w:rPr>
                <w:rFonts w:ascii="Century Gothic" w:hAnsi="Century Gothic"/>
                <w:b/>
                <w:bCs/>
              </w:rPr>
            </w:pPr>
            <w:r w:rsidRPr="0020608A">
              <w:rPr>
                <w:rFonts w:ascii="Century Gothic" w:hAnsi="Century Gothic"/>
                <w:b/>
                <w:bCs/>
              </w:rPr>
              <w:t>2: Where are the coldest places on Earth?</w:t>
            </w:r>
          </w:p>
        </w:tc>
        <w:tc>
          <w:tcPr>
            <w:tcW w:w="0" w:type="auto"/>
          </w:tcPr>
          <w:p w14:paraId="6EFAC6B8" w14:textId="77777777" w:rsidR="00FA46F2" w:rsidRPr="0020608A" w:rsidRDefault="00FA46F2" w:rsidP="0020608A">
            <w:pPr>
              <w:rPr>
                <w:rFonts w:ascii="Century Gothic" w:hAnsi="Century Gothic"/>
              </w:rPr>
            </w:pPr>
            <w:r w:rsidRPr="0020608A">
              <w:rPr>
                <w:rFonts w:ascii="Century Gothic" w:hAnsi="Century Gothic"/>
              </w:rPr>
              <w:t>To locate the North and South Poles.</w:t>
            </w:r>
          </w:p>
        </w:tc>
        <w:tc>
          <w:tcPr>
            <w:tcW w:w="0" w:type="auto"/>
          </w:tcPr>
          <w:p w14:paraId="25A67C7A" w14:textId="77777777" w:rsidR="00FA46F2" w:rsidRPr="0020608A" w:rsidRDefault="00FA46F2" w:rsidP="0020608A">
            <w:pPr>
              <w:rPr>
                <w:rFonts w:ascii="Century Gothic" w:hAnsi="Century Gothic"/>
              </w:rPr>
            </w:pPr>
            <w:r w:rsidRPr="0020608A">
              <w:rPr>
                <w:rFonts w:ascii="Century Gothic" w:hAnsi="Century Gothic"/>
              </w:rPr>
              <w:t>Know that the coldest places are near the North and South Poles.</w:t>
            </w:r>
          </w:p>
        </w:tc>
        <w:tc>
          <w:tcPr>
            <w:tcW w:w="0" w:type="auto"/>
          </w:tcPr>
          <w:p w14:paraId="7F022311" w14:textId="77777777" w:rsidR="00FA46F2" w:rsidRPr="0020608A" w:rsidRDefault="00FA46F2" w:rsidP="0020608A">
            <w:pPr>
              <w:rPr>
                <w:rFonts w:ascii="Century Gothic" w:hAnsi="Century Gothic"/>
              </w:rPr>
            </w:pPr>
            <w:r w:rsidRPr="0020608A">
              <w:rPr>
                <w:rFonts w:ascii="Century Gothic" w:hAnsi="Century Gothic"/>
              </w:rPr>
              <w:t>Locate the Arctic and Antarctic on a world map and globe.</w:t>
            </w:r>
          </w:p>
        </w:tc>
        <w:tc>
          <w:tcPr>
            <w:tcW w:w="0" w:type="auto"/>
          </w:tcPr>
          <w:p w14:paraId="10083FB6" w14:textId="77777777" w:rsidR="00FA46F2" w:rsidRPr="0020608A" w:rsidRDefault="00FA46F2" w:rsidP="0020608A">
            <w:pPr>
              <w:rPr>
                <w:rFonts w:ascii="Century Gothic" w:hAnsi="Century Gothic"/>
              </w:rPr>
            </w:pPr>
            <w:r w:rsidRPr="0020608A">
              <w:rPr>
                <w:rFonts w:ascii="Century Gothic" w:hAnsi="Century Gothic"/>
              </w:rPr>
              <w:t>North Pole, South Pole, polar, ice sheet, cold</w:t>
            </w:r>
          </w:p>
        </w:tc>
        <w:tc>
          <w:tcPr>
            <w:tcW w:w="0" w:type="auto"/>
          </w:tcPr>
          <w:p w14:paraId="7E612BE0" w14:textId="77777777" w:rsidR="00FA46F2" w:rsidRPr="0020608A" w:rsidRDefault="00FA46F2" w:rsidP="0020608A">
            <w:pPr>
              <w:rPr>
                <w:rFonts w:ascii="Century Gothic" w:hAnsi="Century Gothic"/>
              </w:rPr>
            </w:pPr>
          </w:p>
        </w:tc>
      </w:tr>
      <w:tr w:rsidR="00FA46F2" w:rsidRPr="0020608A" w14:paraId="091215E8" w14:textId="00A6924A" w:rsidTr="00FA46F2">
        <w:tc>
          <w:tcPr>
            <w:tcW w:w="0" w:type="auto"/>
          </w:tcPr>
          <w:p w14:paraId="14FA8C23" w14:textId="77777777" w:rsidR="00FA46F2" w:rsidRPr="0020608A" w:rsidRDefault="00FA46F2" w:rsidP="0020608A">
            <w:pPr>
              <w:rPr>
                <w:rFonts w:ascii="Century Gothic" w:hAnsi="Century Gothic"/>
                <w:b/>
                <w:bCs/>
              </w:rPr>
            </w:pPr>
            <w:r w:rsidRPr="0020608A">
              <w:rPr>
                <w:rFonts w:ascii="Century Gothic" w:hAnsi="Century Gothic"/>
                <w:b/>
                <w:bCs/>
              </w:rPr>
              <w:t>3: Where is the Equator?</w:t>
            </w:r>
          </w:p>
        </w:tc>
        <w:tc>
          <w:tcPr>
            <w:tcW w:w="0" w:type="auto"/>
          </w:tcPr>
          <w:p w14:paraId="6ADECE57" w14:textId="77777777" w:rsidR="00FA46F2" w:rsidRPr="0020608A" w:rsidRDefault="00FA46F2" w:rsidP="0020608A">
            <w:pPr>
              <w:rPr>
                <w:rFonts w:ascii="Century Gothic" w:hAnsi="Century Gothic"/>
              </w:rPr>
            </w:pPr>
            <w:r w:rsidRPr="0020608A">
              <w:rPr>
                <w:rFonts w:ascii="Century Gothic" w:hAnsi="Century Gothic"/>
              </w:rPr>
              <w:t>To locate the Equator on a world map.</w:t>
            </w:r>
          </w:p>
        </w:tc>
        <w:tc>
          <w:tcPr>
            <w:tcW w:w="0" w:type="auto"/>
          </w:tcPr>
          <w:p w14:paraId="009EBF38" w14:textId="77777777" w:rsidR="00FA46F2" w:rsidRPr="0020608A" w:rsidRDefault="00FA46F2" w:rsidP="0020608A">
            <w:pPr>
              <w:rPr>
                <w:rFonts w:ascii="Century Gothic" w:hAnsi="Century Gothic"/>
              </w:rPr>
            </w:pPr>
            <w:r w:rsidRPr="0020608A">
              <w:rPr>
                <w:rFonts w:ascii="Century Gothic" w:hAnsi="Century Gothic"/>
              </w:rPr>
              <w:t>Understand that the Equator divides the Earth into two halves and is hotter than the poles.</w:t>
            </w:r>
          </w:p>
        </w:tc>
        <w:tc>
          <w:tcPr>
            <w:tcW w:w="0" w:type="auto"/>
          </w:tcPr>
          <w:p w14:paraId="651A7220" w14:textId="77777777" w:rsidR="00FA46F2" w:rsidRPr="0020608A" w:rsidRDefault="00FA46F2" w:rsidP="0020608A">
            <w:pPr>
              <w:rPr>
                <w:rFonts w:ascii="Century Gothic" w:hAnsi="Century Gothic"/>
              </w:rPr>
            </w:pPr>
            <w:r w:rsidRPr="0020608A">
              <w:rPr>
                <w:rFonts w:ascii="Century Gothic" w:hAnsi="Century Gothic"/>
              </w:rPr>
              <w:t>Identify and mark the Equator on a world map.</w:t>
            </w:r>
          </w:p>
        </w:tc>
        <w:tc>
          <w:tcPr>
            <w:tcW w:w="0" w:type="auto"/>
          </w:tcPr>
          <w:p w14:paraId="42992AF7" w14:textId="77777777" w:rsidR="00FA46F2" w:rsidRPr="0020608A" w:rsidRDefault="00FA46F2" w:rsidP="0020608A">
            <w:pPr>
              <w:rPr>
                <w:rFonts w:ascii="Century Gothic" w:hAnsi="Century Gothic"/>
              </w:rPr>
            </w:pPr>
            <w:r w:rsidRPr="0020608A">
              <w:rPr>
                <w:rFonts w:ascii="Century Gothic" w:hAnsi="Century Gothic"/>
              </w:rPr>
              <w:t>Equator, hemisphere, tropical, temperature</w:t>
            </w:r>
          </w:p>
        </w:tc>
        <w:tc>
          <w:tcPr>
            <w:tcW w:w="0" w:type="auto"/>
          </w:tcPr>
          <w:p w14:paraId="1146DAF5" w14:textId="77777777" w:rsidR="00FA46F2" w:rsidRPr="0020608A" w:rsidRDefault="00FA46F2" w:rsidP="0020608A">
            <w:pPr>
              <w:rPr>
                <w:rFonts w:ascii="Century Gothic" w:hAnsi="Century Gothic"/>
              </w:rPr>
            </w:pPr>
          </w:p>
        </w:tc>
      </w:tr>
      <w:tr w:rsidR="00FA46F2" w:rsidRPr="0020608A" w14:paraId="01A3E995" w14:textId="7E400F6C" w:rsidTr="00FA46F2">
        <w:tc>
          <w:tcPr>
            <w:tcW w:w="0" w:type="auto"/>
          </w:tcPr>
          <w:p w14:paraId="15DF2666" w14:textId="77777777" w:rsidR="00FA46F2" w:rsidRPr="0020608A" w:rsidRDefault="00FA46F2" w:rsidP="0020608A">
            <w:pPr>
              <w:rPr>
                <w:rFonts w:ascii="Century Gothic" w:hAnsi="Century Gothic"/>
                <w:b/>
                <w:bCs/>
              </w:rPr>
            </w:pPr>
            <w:r w:rsidRPr="0020608A">
              <w:rPr>
                <w:rFonts w:ascii="Century Gothic" w:hAnsi="Century Gothic"/>
                <w:b/>
                <w:bCs/>
              </w:rPr>
              <w:t>4: What is life like in a hot place?</w:t>
            </w:r>
          </w:p>
        </w:tc>
        <w:tc>
          <w:tcPr>
            <w:tcW w:w="0" w:type="auto"/>
          </w:tcPr>
          <w:p w14:paraId="2CD0C49D" w14:textId="77777777" w:rsidR="00FA46F2" w:rsidRPr="0020608A" w:rsidRDefault="00FA46F2" w:rsidP="0020608A">
            <w:pPr>
              <w:rPr>
                <w:rFonts w:ascii="Century Gothic" w:hAnsi="Century Gothic"/>
              </w:rPr>
            </w:pPr>
            <w:r w:rsidRPr="0020608A">
              <w:rPr>
                <w:rFonts w:ascii="Century Gothic" w:hAnsi="Century Gothic"/>
              </w:rPr>
              <w:t>To compare the UK and Kenya.</w:t>
            </w:r>
          </w:p>
        </w:tc>
        <w:tc>
          <w:tcPr>
            <w:tcW w:w="0" w:type="auto"/>
          </w:tcPr>
          <w:p w14:paraId="60137F4B" w14:textId="77777777" w:rsidR="00FA46F2" w:rsidRPr="0020608A" w:rsidRDefault="00FA46F2" w:rsidP="0020608A">
            <w:pPr>
              <w:rPr>
                <w:rFonts w:ascii="Century Gothic" w:hAnsi="Century Gothic"/>
              </w:rPr>
            </w:pPr>
            <w:r w:rsidRPr="0020608A">
              <w:rPr>
                <w:rFonts w:ascii="Century Gothic" w:hAnsi="Century Gothic"/>
              </w:rPr>
              <w:t>Know similarities and differences in location, climate, and lifestyle between the UK and Kenya.</w:t>
            </w:r>
          </w:p>
        </w:tc>
        <w:tc>
          <w:tcPr>
            <w:tcW w:w="0" w:type="auto"/>
          </w:tcPr>
          <w:p w14:paraId="67074C4A" w14:textId="77777777" w:rsidR="00FA46F2" w:rsidRPr="0020608A" w:rsidRDefault="00FA46F2" w:rsidP="0020608A">
            <w:pPr>
              <w:rPr>
                <w:rFonts w:ascii="Century Gothic" w:hAnsi="Century Gothic"/>
              </w:rPr>
            </w:pPr>
            <w:r w:rsidRPr="0020608A">
              <w:rPr>
                <w:rFonts w:ascii="Century Gothic" w:hAnsi="Century Gothic"/>
              </w:rPr>
              <w:t>Compare weather, homes, and daily life using photos and discussion.</w:t>
            </w:r>
          </w:p>
        </w:tc>
        <w:tc>
          <w:tcPr>
            <w:tcW w:w="0" w:type="auto"/>
          </w:tcPr>
          <w:p w14:paraId="1E06B03E" w14:textId="77777777" w:rsidR="00FA46F2" w:rsidRPr="0020608A" w:rsidRDefault="00FA46F2" w:rsidP="0020608A">
            <w:pPr>
              <w:rPr>
                <w:rFonts w:ascii="Century Gothic" w:hAnsi="Century Gothic"/>
              </w:rPr>
            </w:pPr>
            <w:r w:rsidRPr="0020608A">
              <w:rPr>
                <w:rFonts w:ascii="Century Gothic" w:hAnsi="Century Gothic"/>
              </w:rPr>
              <w:t>Kenya, UK, hot, cold, compare, lifestyle</w:t>
            </w:r>
          </w:p>
        </w:tc>
        <w:tc>
          <w:tcPr>
            <w:tcW w:w="0" w:type="auto"/>
          </w:tcPr>
          <w:p w14:paraId="7A9CA86D" w14:textId="77777777" w:rsidR="00FA46F2" w:rsidRPr="0020608A" w:rsidRDefault="00FA46F2" w:rsidP="0020608A">
            <w:pPr>
              <w:rPr>
                <w:rFonts w:ascii="Century Gothic" w:hAnsi="Century Gothic"/>
              </w:rPr>
            </w:pPr>
          </w:p>
        </w:tc>
      </w:tr>
      <w:tr w:rsidR="00FA46F2" w:rsidRPr="0020608A" w14:paraId="3FD24934" w14:textId="329641C5" w:rsidTr="00FA46F2">
        <w:tc>
          <w:tcPr>
            <w:tcW w:w="0" w:type="auto"/>
          </w:tcPr>
          <w:p w14:paraId="0844AF4E" w14:textId="77777777" w:rsidR="00FA46F2" w:rsidRPr="0020608A" w:rsidRDefault="00FA46F2" w:rsidP="0020608A">
            <w:pPr>
              <w:rPr>
                <w:rFonts w:ascii="Century Gothic" w:hAnsi="Century Gothic"/>
                <w:b/>
                <w:bCs/>
              </w:rPr>
            </w:pPr>
            <w:r w:rsidRPr="0020608A">
              <w:rPr>
                <w:rFonts w:ascii="Century Gothic" w:hAnsi="Century Gothic"/>
                <w:b/>
                <w:bCs/>
              </w:rPr>
              <w:t>5: Do we live in a hot or cold place?</w:t>
            </w:r>
          </w:p>
        </w:tc>
        <w:tc>
          <w:tcPr>
            <w:tcW w:w="0" w:type="auto"/>
          </w:tcPr>
          <w:p w14:paraId="4E060353" w14:textId="77777777" w:rsidR="00FA46F2" w:rsidRPr="0020608A" w:rsidRDefault="00FA46F2" w:rsidP="0020608A">
            <w:pPr>
              <w:rPr>
                <w:rFonts w:ascii="Century Gothic" w:hAnsi="Century Gothic"/>
              </w:rPr>
            </w:pPr>
            <w:r w:rsidRPr="0020608A">
              <w:rPr>
                <w:rFonts w:ascii="Century Gothic" w:hAnsi="Century Gothic"/>
              </w:rPr>
              <w:t>To investigate local weather conditions.</w:t>
            </w:r>
          </w:p>
        </w:tc>
        <w:tc>
          <w:tcPr>
            <w:tcW w:w="0" w:type="auto"/>
          </w:tcPr>
          <w:p w14:paraId="57BA7123" w14:textId="77777777" w:rsidR="00FA46F2" w:rsidRPr="0020608A" w:rsidRDefault="00FA46F2" w:rsidP="0020608A">
            <w:pPr>
              <w:rPr>
                <w:rFonts w:ascii="Century Gothic" w:hAnsi="Century Gothic"/>
              </w:rPr>
            </w:pPr>
            <w:r w:rsidRPr="0020608A">
              <w:rPr>
                <w:rFonts w:ascii="Century Gothic" w:hAnsi="Century Gothic"/>
              </w:rPr>
              <w:t>Understand how to measure weather and describe local conditions.</w:t>
            </w:r>
          </w:p>
        </w:tc>
        <w:tc>
          <w:tcPr>
            <w:tcW w:w="0" w:type="auto"/>
          </w:tcPr>
          <w:p w14:paraId="2693361D" w14:textId="77777777" w:rsidR="00FA46F2" w:rsidRPr="0020608A" w:rsidRDefault="00FA46F2" w:rsidP="0020608A">
            <w:pPr>
              <w:rPr>
                <w:rFonts w:ascii="Century Gothic" w:hAnsi="Century Gothic"/>
              </w:rPr>
            </w:pPr>
            <w:r w:rsidRPr="0020608A">
              <w:rPr>
                <w:rFonts w:ascii="Century Gothic" w:hAnsi="Century Gothic"/>
              </w:rPr>
              <w:t>Use fieldwork to observe and record the weather using simple instruments.</w:t>
            </w:r>
          </w:p>
        </w:tc>
        <w:tc>
          <w:tcPr>
            <w:tcW w:w="0" w:type="auto"/>
          </w:tcPr>
          <w:p w14:paraId="788FCDAC" w14:textId="77777777" w:rsidR="00FA46F2" w:rsidRPr="0020608A" w:rsidRDefault="00FA46F2" w:rsidP="0020608A">
            <w:pPr>
              <w:rPr>
                <w:rFonts w:ascii="Century Gothic" w:hAnsi="Century Gothic"/>
              </w:rPr>
            </w:pPr>
            <w:r w:rsidRPr="0020608A">
              <w:rPr>
                <w:rFonts w:ascii="Century Gothic" w:hAnsi="Century Gothic"/>
              </w:rPr>
              <w:t>weather, rain gauge, thermometer, temperature, data</w:t>
            </w:r>
          </w:p>
        </w:tc>
        <w:tc>
          <w:tcPr>
            <w:tcW w:w="0" w:type="auto"/>
          </w:tcPr>
          <w:p w14:paraId="496603C0" w14:textId="77777777" w:rsidR="00FA46F2" w:rsidRPr="0020608A" w:rsidRDefault="00FA46F2" w:rsidP="0020608A">
            <w:pPr>
              <w:rPr>
                <w:rFonts w:ascii="Century Gothic" w:hAnsi="Century Gothic"/>
              </w:rPr>
            </w:pPr>
          </w:p>
        </w:tc>
      </w:tr>
      <w:tr w:rsidR="00FA46F2" w:rsidRPr="0020608A" w14:paraId="19B76323" w14:textId="1F4B1D81" w:rsidTr="00FA46F2">
        <w:tc>
          <w:tcPr>
            <w:tcW w:w="0" w:type="auto"/>
          </w:tcPr>
          <w:p w14:paraId="014F2457" w14:textId="77777777" w:rsidR="00FA46F2" w:rsidRPr="0020608A" w:rsidRDefault="00FA46F2" w:rsidP="0020608A">
            <w:pPr>
              <w:rPr>
                <w:rFonts w:ascii="Century Gothic" w:hAnsi="Century Gothic"/>
                <w:b/>
                <w:bCs/>
              </w:rPr>
            </w:pPr>
            <w:r w:rsidRPr="0020608A">
              <w:rPr>
                <w:rFonts w:ascii="Century Gothic" w:hAnsi="Century Gothic"/>
                <w:b/>
                <w:bCs/>
              </w:rPr>
              <w:t>6: Would you prefer to live in a hot or cold place?</w:t>
            </w:r>
          </w:p>
        </w:tc>
        <w:tc>
          <w:tcPr>
            <w:tcW w:w="0" w:type="auto"/>
          </w:tcPr>
          <w:p w14:paraId="5431C5EA" w14:textId="77777777" w:rsidR="00FA46F2" w:rsidRPr="0020608A" w:rsidRDefault="00FA46F2" w:rsidP="0020608A">
            <w:pPr>
              <w:rPr>
                <w:rFonts w:ascii="Century Gothic" w:hAnsi="Century Gothic"/>
              </w:rPr>
            </w:pPr>
            <w:r w:rsidRPr="0020608A">
              <w:rPr>
                <w:rFonts w:ascii="Century Gothic" w:hAnsi="Century Gothic"/>
              </w:rPr>
              <w:t>To identify key features of hot and cold places.</w:t>
            </w:r>
          </w:p>
        </w:tc>
        <w:tc>
          <w:tcPr>
            <w:tcW w:w="0" w:type="auto"/>
          </w:tcPr>
          <w:p w14:paraId="14829793" w14:textId="77777777" w:rsidR="00FA46F2" w:rsidRPr="0020608A" w:rsidRDefault="00FA46F2" w:rsidP="0020608A">
            <w:pPr>
              <w:rPr>
                <w:rFonts w:ascii="Century Gothic" w:hAnsi="Century Gothic"/>
              </w:rPr>
            </w:pPr>
            <w:r w:rsidRPr="0020608A">
              <w:rPr>
                <w:rFonts w:ascii="Century Gothic" w:hAnsi="Century Gothic"/>
              </w:rPr>
              <w:t>Know the main features of hot and cold environments and how they affect living things.</w:t>
            </w:r>
          </w:p>
        </w:tc>
        <w:tc>
          <w:tcPr>
            <w:tcW w:w="0" w:type="auto"/>
          </w:tcPr>
          <w:p w14:paraId="70FDA11D" w14:textId="77777777" w:rsidR="00FA46F2" w:rsidRPr="0020608A" w:rsidRDefault="00FA46F2" w:rsidP="0020608A">
            <w:pPr>
              <w:rPr>
                <w:rFonts w:ascii="Century Gothic" w:hAnsi="Century Gothic"/>
              </w:rPr>
            </w:pPr>
            <w:r w:rsidRPr="0020608A">
              <w:rPr>
                <w:rFonts w:ascii="Century Gothic" w:hAnsi="Century Gothic"/>
              </w:rPr>
              <w:t>Express a preference for living in a hot or cold place using geographical reasoning.</w:t>
            </w:r>
          </w:p>
        </w:tc>
        <w:tc>
          <w:tcPr>
            <w:tcW w:w="0" w:type="auto"/>
          </w:tcPr>
          <w:p w14:paraId="4D1AD703" w14:textId="77777777" w:rsidR="00FA46F2" w:rsidRPr="0020608A" w:rsidRDefault="00FA46F2" w:rsidP="0020608A">
            <w:pPr>
              <w:rPr>
                <w:rFonts w:ascii="Century Gothic" w:hAnsi="Century Gothic"/>
              </w:rPr>
            </w:pPr>
            <w:r w:rsidRPr="0020608A">
              <w:rPr>
                <w:rFonts w:ascii="Century Gothic" w:hAnsi="Century Gothic"/>
              </w:rPr>
              <w:t>climate, tropical, polar, vegetation, environment</w:t>
            </w:r>
          </w:p>
        </w:tc>
        <w:tc>
          <w:tcPr>
            <w:tcW w:w="0" w:type="auto"/>
          </w:tcPr>
          <w:p w14:paraId="1FB7A9C5" w14:textId="77777777" w:rsidR="00FA46F2" w:rsidRPr="0020608A" w:rsidRDefault="00FA46F2" w:rsidP="0020608A">
            <w:pPr>
              <w:rPr>
                <w:rFonts w:ascii="Century Gothic" w:hAnsi="Century Gothic"/>
              </w:rPr>
            </w:pPr>
          </w:p>
        </w:tc>
      </w:tr>
    </w:tbl>
    <w:p w14:paraId="64FBBAAB" w14:textId="77777777" w:rsidR="0020608A" w:rsidRDefault="0020608A" w:rsidP="0020608A">
      <w:pPr>
        <w:rPr>
          <w:rFonts w:ascii="Century Gothic" w:hAnsi="Century Gothic"/>
          <w:b/>
          <w:bCs/>
          <w:color w:val="0070C0"/>
        </w:rPr>
      </w:pPr>
    </w:p>
    <w:p w14:paraId="1C969C99" w14:textId="254FD268" w:rsidR="006928AF" w:rsidRPr="006928AF" w:rsidRDefault="006928AF" w:rsidP="006928AF">
      <w:pPr>
        <w:rPr>
          <w:rFonts w:ascii="Century Gothic" w:hAnsi="Century Gothic"/>
          <w:b/>
          <w:bCs/>
          <w:color w:val="0070C0"/>
        </w:rPr>
      </w:pPr>
      <w:r w:rsidRPr="006928AF">
        <w:rPr>
          <w:rFonts w:ascii="Century Gothic" w:hAnsi="Century Gothic"/>
          <w:b/>
          <w:bCs/>
          <w:color w:val="0070C0"/>
        </w:rPr>
        <w:t>Where am I?</w:t>
      </w:r>
    </w:p>
    <w:p w14:paraId="59026CC0" w14:textId="77777777" w:rsidR="006928AF" w:rsidRDefault="006928AF" w:rsidP="006928AF">
      <w:pPr>
        <w:rPr>
          <w:rFonts w:ascii="Century Gothic" w:hAnsi="Century Gothic"/>
        </w:rPr>
      </w:pPr>
      <w:r w:rsidRPr="006928AF">
        <w:rPr>
          <w:rFonts w:ascii="Century Gothic" w:hAnsi="Century Gothic"/>
        </w:rPr>
        <w:t>Mixed-age Geography Unit (Y1/2): Pupils develop locational and fieldwork skills through exploration of their school grounds and local area. They learn to use maps, aerial photographs, and symbols to describe and record features.</w:t>
      </w:r>
      <w:r w:rsidRPr="006928AF">
        <w:rPr>
          <w:rFonts w:ascii="Century Gothic" w:hAnsi="Century Gothic"/>
        </w:rPr>
        <w:br/>
      </w:r>
      <w:r w:rsidRPr="006928AF">
        <w:rPr>
          <w:rFonts w:ascii="Century Gothic" w:hAnsi="Century Gothic"/>
        </w:rPr>
        <w:br/>
        <w:t>Prior learning: Y1/2 (A): What can you see at the coast?</w:t>
      </w:r>
      <w:r w:rsidRPr="006928AF">
        <w:rPr>
          <w:rFonts w:ascii="Century Gothic" w:hAnsi="Century Gothic"/>
        </w:rPr>
        <w:br/>
        <w:t>Suggested next steps: Y1/2 (B): Would you prefer to live in a hot or cold place?</w:t>
      </w:r>
    </w:p>
    <w:p w14:paraId="63E9FD96" w14:textId="77777777" w:rsidR="006928AF" w:rsidRPr="006928AF" w:rsidRDefault="006928AF" w:rsidP="006928AF">
      <w:pPr>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2833"/>
        <w:gridCol w:w="3202"/>
        <w:gridCol w:w="3379"/>
        <w:gridCol w:w="2758"/>
        <w:gridCol w:w="222"/>
      </w:tblGrid>
      <w:tr w:rsidR="00FA46F2" w:rsidRPr="006928AF" w14:paraId="0603A9F1" w14:textId="34BCF7CA" w:rsidTr="00FA46F2">
        <w:tc>
          <w:tcPr>
            <w:tcW w:w="0" w:type="auto"/>
          </w:tcPr>
          <w:p w14:paraId="4D12F36A" w14:textId="77777777" w:rsidR="00FA46F2" w:rsidRPr="006928AF" w:rsidRDefault="00FA46F2" w:rsidP="006928AF">
            <w:pPr>
              <w:spacing w:after="0"/>
              <w:jc w:val="center"/>
              <w:rPr>
                <w:rFonts w:ascii="Century Gothic" w:hAnsi="Century Gothic"/>
                <w:b/>
                <w:bCs/>
                <w:i/>
                <w:iCs/>
              </w:rPr>
            </w:pPr>
            <w:r w:rsidRPr="006928AF">
              <w:rPr>
                <w:rFonts w:ascii="Century Gothic" w:hAnsi="Century Gothic"/>
                <w:b/>
                <w:bCs/>
                <w:i/>
                <w:iCs/>
              </w:rPr>
              <w:t>Lesson</w:t>
            </w:r>
          </w:p>
        </w:tc>
        <w:tc>
          <w:tcPr>
            <w:tcW w:w="0" w:type="auto"/>
          </w:tcPr>
          <w:p w14:paraId="6B111866" w14:textId="77777777" w:rsidR="00FA46F2" w:rsidRPr="006928AF" w:rsidRDefault="00FA46F2" w:rsidP="006928AF">
            <w:pPr>
              <w:spacing w:after="0"/>
              <w:jc w:val="center"/>
              <w:rPr>
                <w:rFonts w:ascii="Century Gothic" w:hAnsi="Century Gothic"/>
                <w:b/>
                <w:bCs/>
                <w:i/>
                <w:iCs/>
              </w:rPr>
            </w:pPr>
            <w:r w:rsidRPr="006928AF">
              <w:rPr>
                <w:rFonts w:ascii="Century Gothic" w:hAnsi="Century Gothic"/>
                <w:b/>
                <w:bCs/>
                <w:i/>
                <w:iCs/>
              </w:rPr>
              <w:t>Learning Objectives</w:t>
            </w:r>
          </w:p>
        </w:tc>
        <w:tc>
          <w:tcPr>
            <w:tcW w:w="0" w:type="auto"/>
          </w:tcPr>
          <w:p w14:paraId="09E1FAAB" w14:textId="77777777" w:rsidR="00FA46F2" w:rsidRPr="006928AF" w:rsidRDefault="00FA46F2" w:rsidP="006928AF">
            <w:pPr>
              <w:spacing w:after="0"/>
              <w:jc w:val="center"/>
              <w:rPr>
                <w:rFonts w:ascii="Century Gothic" w:hAnsi="Century Gothic"/>
                <w:b/>
                <w:bCs/>
                <w:i/>
                <w:iCs/>
              </w:rPr>
            </w:pPr>
            <w:r w:rsidRPr="006928AF">
              <w:rPr>
                <w:rFonts w:ascii="Century Gothic" w:hAnsi="Century Gothic"/>
                <w:b/>
                <w:bCs/>
                <w:i/>
                <w:iCs/>
              </w:rPr>
              <w:t>Core Knowledge</w:t>
            </w:r>
          </w:p>
        </w:tc>
        <w:tc>
          <w:tcPr>
            <w:tcW w:w="0" w:type="auto"/>
          </w:tcPr>
          <w:p w14:paraId="3D5A1E1B" w14:textId="77777777" w:rsidR="00FA46F2" w:rsidRPr="006928AF" w:rsidRDefault="00FA46F2" w:rsidP="006928AF">
            <w:pPr>
              <w:spacing w:after="0"/>
              <w:jc w:val="center"/>
              <w:rPr>
                <w:rFonts w:ascii="Century Gothic" w:hAnsi="Century Gothic"/>
                <w:b/>
                <w:bCs/>
                <w:i/>
                <w:iCs/>
              </w:rPr>
            </w:pPr>
            <w:r w:rsidRPr="006928AF">
              <w:rPr>
                <w:rFonts w:ascii="Century Gothic" w:hAnsi="Century Gothic"/>
                <w:b/>
                <w:bCs/>
                <w:i/>
                <w:iCs/>
              </w:rPr>
              <w:t>Core Skills</w:t>
            </w:r>
          </w:p>
        </w:tc>
        <w:tc>
          <w:tcPr>
            <w:tcW w:w="0" w:type="auto"/>
          </w:tcPr>
          <w:p w14:paraId="4541BD30" w14:textId="77777777" w:rsidR="00FA46F2" w:rsidRPr="006928AF" w:rsidRDefault="00FA46F2" w:rsidP="006928AF">
            <w:pPr>
              <w:spacing w:after="0"/>
              <w:jc w:val="center"/>
              <w:rPr>
                <w:rFonts w:ascii="Century Gothic" w:hAnsi="Century Gothic"/>
                <w:b/>
                <w:bCs/>
                <w:i/>
                <w:iCs/>
              </w:rPr>
            </w:pPr>
            <w:r w:rsidRPr="006928AF">
              <w:rPr>
                <w:rFonts w:ascii="Century Gothic" w:hAnsi="Century Gothic"/>
                <w:b/>
                <w:bCs/>
                <w:i/>
                <w:iCs/>
              </w:rPr>
              <w:t>Key Vocabulary</w:t>
            </w:r>
          </w:p>
        </w:tc>
        <w:tc>
          <w:tcPr>
            <w:tcW w:w="0" w:type="auto"/>
          </w:tcPr>
          <w:p w14:paraId="507AC16B" w14:textId="77777777" w:rsidR="00FA46F2" w:rsidRPr="006928AF" w:rsidRDefault="00FA46F2" w:rsidP="006928AF">
            <w:pPr>
              <w:spacing w:after="0"/>
              <w:jc w:val="center"/>
              <w:rPr>
                <w:rFonts w:ascii="Century Gothic" w:hAnsi="Century Gothic"/>
                <w:b/>
                <w:bCs/>
                <w:i/>
                <w:iCs/>
              </w:rPr>
            </w:pPr>
          </w:p>
        </w:tc>
      </w:tr>
      <w:tr w:rsidR="00FA46F2" w:rsidRPr="006928AF" w14:paraId="285F9DBD" w14:textId="285F5399" w:rsidTr="00FA46F2">
        <w:tc>
          <w:tcPr>
            <w:tcW w:w="0" w:type="auto"/>
          </w:tcPr>
          <w:p w14:paraId="559B2B50" w14:textId="77777777" w:rsidR="00FA46F2" w:rsidRPr="006928AF" w:rsidRDefault="00FA46F2" w:rsidP="006928AF">
            <w:pPr>
              <w:spacing w:after="0"/>
              <w:rPr>
                <w:rFonts w:ascii="Century Gothic" w:hAnsi="Century Gothic"/>
                <w:b/>
                <w:bCs/>
              </w:rPr>
            </w:pPr>
            <w:r w:rsidRPr="006928AF">
              <w:rPr>
                <w:rFonts w:ascii="Century Gothic" w:hAnsi="Century Gothic"/>
                <w:b/>
                <w:bCs/>
              </w:rPr>
              <w:t>1: Where do we live?</w:t>
            </w:r>
          </w:p>
        </w:tc>
        <w:tc>
          <w:tcPr>
            <w:tcW w:w="0" w:type="auto"/>
          </w:tcPr>
          <w:p w14:paraId="3CD96EB5" w14:textId="77777777" w:rsidR="00FA46F2" w:rsidRPr="006928AF" w:rsidRDefault="00FA46F2" w:rsidP="006928AF">
            <w:pPr>
              <w:spacing w:after="0"/>
              <w:rPr>
                <w:rFonts w:ascii="Century Gothic" w:hAnsi="Century Gothic"/>
              </w:rPr>
            </w:pPr>
            <w:r w:rsidRPr="006928AF">
              <w:rPr>
                <w:rFonts w:ascii="Century Gothic" w:hAnsi="Century Gothic"/>
              </w:rPr>
              <w:t>To identify the countries within the United Kingdom.</w:t>
            </w:r>
          </w:p>
        </w:tc>
        <w:tc>
          <w:tcPr>
            <w:tcW w:w="0" w:type="auto"/>
          </w:tcPr>
          <w:p w14:paraId="7C78FD00" w14:textId="77777777" w:rsidR="00FA46F2" w:rsidRPr="006928AF" w:rsidRDefault="00FA46F2" w:rsidP="006928AF">
            <w:pPr>
              <w:spacing w:after="0"/>
              <w:rPr>
                <w:rFonts w:ascii="Century Gothic" w:hAnsi="Century Gothic"/>
              </w:rPr>
            </w:pPr>
            <w:r w:rsidRPr="006928AF">
              <w:rPr>
                <w:rFonts w:ascii="Century Gothic" w:hAnsi="Century Gothic"/>
              </w:rPr>
              <w:t>Know that the UK stands for the United Kingdom and includes four countries.</w:t>
            </w:r>
          </w:p>
        </w:tc>
        <w:tc>
          <w:tcPr>
            <w:tcW w:w="0" w:type="auto"/>
          </w:tcPr>
          <w:p w14:paraId="488EF4BE" w14:textId="77777777" w:rsidR="00FA46F2" w:rsidRPr="006928AF" w:rsidRDefault="00FA46F2" w:rsidP="006928AF">
            <w:pPr>
              <w:spacing w:after="0"/>
              <w:rPr>
                <w:rFonts w:ascii="Century Gothic" w:hAnsi="Century Gothic"/>
              </w:rPr>
            </w:pPr>
            <w:r w:rsidRPr="006928AF">
              <w:rPr>
                <w:rFonts w:ascii="Century Gothic" w:hAnsi="Century Gothic"/>
              </w:rPr>
              <w:t>Use maps and atlases to locate and name the four countries of the UK.</w:t>
            </w:r>
          </w:p>
        </w:tc>
        <w:tc>
          <w:tcPr>
            <w:tcW w:w="0" w:type="auto"/>
          </w:tcPr>
          <w:p w14:paraId="2F4FEDB9" w14:textId="77777777" w:rsidR="00FA46F2" w:rsidRPr="006928AF" w:rsidRDefault="00FA46F2" w:rsidP="006928AF">
            <w:pPr>
              <w:spacing w:after="0"/>
              <w:rPr>
                <w:rFonts w:ascii="Century Gothic" w:hAnsi="Century Gothic"/>
              </w:rPr>
            </w:pPr>
            <w:r w:rsidRPr="006928AF">
              <w:rPr>
                <w:rFonts w:ascii="Century Gothic" w:hAnsi="Century Gothic"/>
              </w:rPr>
              <w:t>United Kingdom, England, Scotland, Wales, Northern Ireland</w:t>
            </w:r>
          </w:p>
        </w:tc>
        <w:tc>
          <w:tcPr>
            <w:tcW w:w="0" w:type="auto"/>
          </w:tcPr>
          <w:p w14:paraId="6C16EF18" w14:textId="77777777" w:rsidR="00FA46F2" w:rsidRPr="006928AF" w:rsidRDefault="00FA46F2" w:rsidP="006928AF">
            <w:pPr>
              <w:spacing w:after="0"/>
              <w:rPr>
                <w:rFonts w:ascii="Century Gothic" w:hAnsi="Century Gothic"/>
              </w:rPr>
            </w:pPr>
          </w:p>
        </w:tc>
      </w:tr>
      <w:tr w:rsidR="00FA46F2" w:rsidRPr="006928AF" w14:paraId="6B944236" w14:textId="0D99F569" w:rsidTr="00FA46F2">
        <w:tc>
          <w:tcPr>
            <w:tcW w:w="0" w:type="auto"/>
          </w:tcPr>
          <w:p w14:paraId="773312BB" w14:textId="77777777" w:rsidR="00FA46F2" w:rsidRPr="006928AF" w:rsidRDefault="00FA46F2" w:rsidP="006928AF">
            <w:pPr>
              <w:spacing w:after="0"/>
              <w:rPr>
                <w:rFonts w:ascii="Century Gothic" w:hAnsi="Century Gothic"/>
                <w:b/>
                <w:bCs/>
              </w:rPr>
            </w:pPr>
            <w:r w:rsidRPr="006928AF">
              <w:rPr>
                <w:rFonts w:ascii="Century Gothic" w:hAnsi="Century Gothic"/>
                <w:b/>
                <w:bCs/>
              </w:rPr>
              <w:t>2: What is a feature?</w:t>
            </w:r>
          </w:p>
        </w:tc>
        <w:tc>
          <w:tcPr>
            <w:tcW w:w="0" w:type="auto"/>
          </w:tcPr>
          <w:p w14:paraId="7D627D2D" w14:textId="77777777" w:rsidR="00FA46F2" w:rsidRPr="006928AF" w:rsidRDefault="00FA46F2" w:rsidP="006928AF">
            <w:pPr>
              <w:spacing w:after="0"/>
              <w:rPr>
                <w:rFonts w:ascii="Century Gothic" w:hAnsi="Century Gothic"/>
              </w:rPr>
            </w:pPr>
            <w:r w:rsidRPr="006928AF">
              <w:rPr>
                <w:rFonts w:ascii="Century Gothic" w:hAnsi="Century Gothic"/>
              </w:rPr>
              <w:t>To identify features in the school grounds.</w:t>
            </w:r>
          </w:p>
        </w:tc>
        <w:tc>
          <w:tcPr>
            <w:tcW w:w="0" w:type="auto"/>
          </w:tcPr>
          <w:p w14:paraId="46692142" w14:textId="77777777" w:rsidR="00FA46F2" w:rsidRPr="006928AF" w:rsidRDefault="00FA46F2" w:rsidP="006928AF">
            <w:pPr>
              <w:spacing w:after="0"/>
              <w:rPr>
                <w:rFonts w:ascii="Century Gothic" w:hAnsi="Century Gothic"/>
              </w:rPr>
            </w:pPr>
            <w:r w:rsidRPr="006928AF">
              <w:rPr>
                <w:rFonts w:ascii="Century Gothic" w:hAnsi="Century Gothic"/>
              </w:rPr>
              <w:t>Know that places have physical and human features.</w:t>
            </w:r>
          </w:p>
        </w:tc>
        <w:tc>
          <w:tcPr>
            <w:tcW w:w="0" w:type="auto"/>
          </w:tcPr>
          <w:p w14:paraId="4A2DA8D5" w14:textId="77777777" w:rsidR="00FA46F2" w:rsidRPr="006928AF" w:rsidRDefault="00FA46F2" w:rsidP="006928AF">
            <w:pPr>
              <w:spacing w:after="0"/>
              <w:rPr>
                <w:rFonts w:ascii="Century Gothic" w:hAnsi="Century Gothic"/>
              </w:rPr>
            </w:pPr>
            <w:r w:rsidRPr="006928AF">
              <w:rPr>
                <w:rFonts w:ascii="Century Gothic" w:hAnsi="Century Gothic"/>
              </w:rPr>
              <w:t>Identify and describe features found within the school environment.</w:t>
            </w:r>
          </w:p>
        </w:tc>
        <w:tc>
          <w:tcPr>
            <w:tcW w:w="0" w:type="auto"/>
          </w:tcPr>
          <w:p w14:paraId="54B2D4A3" w14:textId="77777777" w:rsidR="00FA46F2" w:rsidRPr="006928AF" w:rsidRDefault="00FA46F2" w:rsidP="006928AF">
            <w:pPr>
              <w:spacing w:after="0"/>
              <w:rPr>
                <w:rFonts w:ascii="Century Gothic" w:hAnsi="Century Gothic"/>
              </w:rPr>
            </w:pPr>
            <w:r w:rsidRPr="006928AF">
              <w:rPr>
                <w:rFonts w:ascii="Century Gothic" w:hAnsi="Century Gothic"/>
              </w:rPr>
              <w:t>feature, physical, human, school grounds</w:t>
            </w:r>
          </w:p>
        </w:tc>
        <w:tc>
          <w:tcPr>
            <w:tcW w:w="0" w:type="auto"/>
          </w:tcPr>
          <w:p w14:paraId="66686515" w14:textId="77777777" w:rsidR="00FA46F2" w:rsidRPr="006928AF" w:rsidRDefault="00FA46F2" w:rsidP="006928AF">
            <w:pPr>
              <w:spacing w:after="0"/>
              <w:rPr>
                <w:rFonts w:ascii="Century Gothic" w:hAnsi="Century Gothic"/>
              </w:rPr>
            </w:pPr>
          </w:p>
        </w:tc>
      </w:tr>
      <w:tr w:rsidR="00FA46F2" w:rsidRPr="006928AF" w14:paraId="14FF2A64" w14:textId="588F75C3" w:rsidTr="00FA46F2">
        <w:tc>
          <w:tcPr>
            <w:tcW w:w="0" w:type="auto"/>
          </w:tcPr>
          <w:p w14:paraId="31BCF905" w14:textId="77777777" w:rsidR="00FA46F2" w:rsidRPr="006928AF" w:rsidRDefault="00FA46F2" w:rsidP="006928AF">
            <w:pPr>
              <w:spacing w:after="0"/>
              <w:rPr>
                <w:rFonts w:ascii="Century Gothic" w:hAnsi="Century Gothic"/>
                <w:b/>
                <w:bCs/>
              </w:rPr>
            </w:pPr>
            <w:r w:rsidRPr="006928AF">
              <w:rPr>
                <w:rFonts w:ascii="Century Gothic" w:hAnsi="Century Gothic"/>
                <w:b/>
                <w:bCs/>
              </w:rPr>
              <w:t>3: What is a map?</w:t>
            </w:r>
          </w:p>
        </w:tc>
        <w:tc>
          <w:tcPr>
            <w:tcW w:w="0" w:type="auto"/>
          </w:tcPr>
          <w:p w14:paraId="39AA01C5" w14:textId="77777777" w:rsidR="00FA46F2" w:rsidRPr="006928AF" w:rsidRDefault="00FA46F2" w:rsidP="006928AF">
            <w:pPr>
              <w:spacing w:after="0"/>
              <w:rPr>
                <w:rFonts w:ascii="Century Gothic" w:hAnsi="Century Gothic"/>
              </w:rPr>
            </w:pPr>
            <w:r w:rsidRPr="006928AF">
              <w:rPr>
                <w:rFonts w:ascii="Century Gothic" w:hAnsi="Century Gothic"/>
              </w:rPr>
              <w:t>To use directional language to describe the location of features.</w:t>
            </w:r>
          </w:p>
        </w:tc>
        <w:tc>
          <w:tcPr>
            <w:tcW w:w="0" w:type="auto"/>
          </w:tcPr>
          <w:p w14:paraId="4A12AAF2" w14:textId="77777777" w:rsidR="00FA46F2" w:rsidRPr="006928AF" w:rsidRDefault="00FA46F2" w:rsidP="006928AF">
            <w:pPr>
              <w:spacing w:after="0"/>
              <w:rPr>
                <w:rFonts w:ascii="Century Gothic" w:hAnsi="Century Gothic"/>
              </w:rPr>
            </w:pPr>
            <w:r w:rsidRPr="006928AF">
              <w:rPr>
                <w:rFonts w:ascii="Century Gothic" w:hAnsi="Century Gothic"/>
              </w:rPr>
              <w:t>Understand that maps show where things are located and can be used to find places.</w:t>
            </w:r>
          </w:p>
        </w:tc>
        <w:tc>
          <w:tcPr>
            <w:tcW w:w="0" w:type="auto"/>
          </w:tcPr>
          <w:p w14:paraId="4934F196" w14:textId="77777777" w:rsidR="00FA46F2" w:rsidRPr="006928AF" w:rsidRDefault="00FA46F2" w:rsidP="006928AF">
            <w:pPr>
              <w:spacing w:after="0"/>
              <w:rPr>
                <w:rFonts w:ascii="Century Gothic" w:hAnsi="Century Gothic"/>
              </w:rPr>
            </w:pPr>
            <w:r w:rsidRPr="006928AF">
              <w:rPr>
                <w:rFonts w:ascii="Century Gothic" w:hAnsi="Century Gothic"/>
              </w:rPr>
              <w:t>Use directional and positional language to describe the location of features on a simple map.</w:t>
            </w:r>
          </w:p>
        </w:tc>
        <w:tc>
          <w:tcPr>
            <w:tcW w:w="0" w:type="auto"/>
          </w:tcPr>
          <w:p w14:paraId="0F24E202" w14:textId="77777777" w:rsidR="00FA46F2" w:rsidRPr="006928AF" w:rsidRDefault="00FA46F2" w:rsidP="006928AF">
            <w:pPr>
              <w:spacing w:after="0"/>
              <w:rPr>
                <w:rFonts w:ascii="Century Gothic" w:hAnsi="Century Gothic"/>
              </w:rPr>
            </w:pPr>
            <w:r w:rsidRPr="006928AF">
              <w:rPr>
                <w:rFonts w:ascii="Century Gothic" w:hAnsi="Century Gothic"/>
              </w:rPr>
              <w:t>map, direction, north, south, east, west</w:t>
            </w:r>
          </w:p>
        </w:tc>
        <w:tc>
          <w:tcPr>
            <w:tcW w:w="0" w:type="auto"/>
          </w:tcPr>
          <w:p w14:paraId="12A58CDD" w14:textId="77777777" w:rsidR="00FA46F2" w:rsidRPr="006928AF" w:rsidRDefault="00FA46F2" w:rsidP="006928AF">
            <w:pPr>
              <w:spacing w:after="0"/>
              <w:rPr>
                <w:rFonts w:ascii="Century Gothic" w:hAnsi="Century Gothic"/>
              </w:rPr>
            </w:pPr>
          </w:p>
        </w:tc>
      </w:tr>
      <w:tr w:rsidR="00FA46F2" w:rsidRPr="006928AF" w14:paraId="648CF8AF" w14:textId="43128BB2" w:rsidTr="00FA46F2">
        <w:tc>
          <w:tcPr>
            <w:tcW w:w="0" w:type="auto"/>
          </w:tcPr>
          <w:p w14:paraId="1C09F2A1" w14:textId="77777777" w:rsidR="00FA46F2" w:rsidRPr="006928AF" w:rsidRDefault="00FA46F2" w:rsidP="006928AF">
            <w:pPr>
              <w:spacing w:after="0"/>
              <w:rPr>
                <w:rFonts w:ascii="Century Gothic" w:hAnsi="Century Gothic"/>
                <w:b/>
                <w:bCs/>
              </w:rPr>
            </w:pPr>
            <w:r w:rsidRPr="006928AF">
              <w:rPr>
                <w:rFonts w:ascii="Century Gothic" w:hAnsi="Century Gothic"/>
                <w:b/>
                <w:bCs/>
              </w:rPr>
              <w:t>4: What is an aerial photograph?</w:t>
            </w:r>
          </w:p>
        </w:tc>
        <w:tc>
          <w:tcPr>
            <w:tcW w:w="0" w:type="auto"/>
          </w:tcPr>
          <w:p w14:paraId="44ADDC16" w14:textId="77777777" w:rsidR="00FA46F2" w:rsidRPr="006928AF" w:rsidRDefault="00FA46F2" w:rsidP="006928AF">
            <w:pPr>
              <w:spacing w:after="0"/>
              <w:rPr>
                <w:rFonts w:ascii="Century Gothic" w:hAnsi="Century Gothic"/>
              </w:rPr>
            </w:pPr>
            <w:r w:rsidRPr="006928AF">
              <w:rPr>
                <w:rFonts w:ascii="Century Gothic" w:hAnsi="Century Gothic"/>
              </w:rPr>
              <w:t xml:space="preserve">To </w:t>
            </w:r>
            <w:proofErr w:type="spellStart"/>
            <w:r w:rsidRPr="006928AF">
              <w:rPr>
                <w:rFonts w:ascii="Century Gothic" w:hAnsi="Century Gothic"/>
              </w:rPr>
              <w:t>recognise</w:t>
            </w:r>
            <w:proofErr w:type="spellEnd"/>
            <w:r w:rsidRPr="006928AF">
              <w:rPr>
                <w:rFonts w:ascii="Century Gothic" w:hAnsi="Century Gothic"/>
              </w:rPr>
              <w:t xml:space="preserve"> features from an aerial perspective.</w:t>
            </w:r>
          </w:p>
        </w:tc>
        <w:tc>
          <w:tcPr>
            <w:tcW w:w="0" w:type="auto"/>
          </w:tcPr>
          <w:p w14:paraId="5CE10A69" w14:textId="77777777" w:rsidR="00FA46F2" w:rsidRPr="006928AF" w:rsidRDefault="00FA46F2" w:rsidP="006928AF">
            <w:pPr>
              <w:spacing w:after="0"/>
              <w:rPr>
                <w:rFonts w:ascii="Century Gothic" w:hAnsi="Century Gothic"/>
              </w:rPr>
            </w:pPr>
            <w:r w:rsidRPr="006928AF">
              <w:rPr>
                <w:rFonts w:ascii="Century Gothic" w:hAnsi="Century Gothic"/>
              </w:rPr>
              <w:t>Know that aerial photographs show places from above.</w:t>
            </w:r>
          </w:p>
        </w:tc>
        <w:tc>
          <w:tcPr>
            <w:tcW w:w="0" w:type="auto"/>
          </w:tcPr>
          <w:p w14:paraId="405956DB" w14:textId="77777777" w:rsidR="00FA46F2" w:rsidRPr="006928AF" w:rsidRDefault="00FA46F2" w:rsidP="006928AF">
            <w:pPr>
              <w:spacing w:after="0"/>
              <w:rPr>
                <w:rFonts w:ascii="Century Gothic" w:hAnsi="Century Gothic"/>
              </w:rPr>
            </w:pPr>
            <w:r w:rsidRPr="006928AF">
              <w:rPr>
                <w:rFonts w:ascii="Century Gothic" w:hAnsi="Century Gothic"/>
              </w:rPr>
              <w:t>Identify familiar features on aerial photographs and match them to maps.</w:t>
            </w:r>
          </w:p>
        </w:tc>
        <w:tc>
          <w:tcPr>
            <w:tcW w:w="0" w:type="auto"/>
          </w:tcPr>
          <w:p w14:paraId="3E65DAF0" w14:textId="77777777" w:rsidR="00FA46F2" w:rsidRPr="006928AF" w:rsidRDefault="00FA46F2" w:rsidP="006928AF">
            <w:pPr>
              <w:spacing w:after="0"/>
              <w:rPr>
                <w:rFonts w:ascii="Century Gothic" w:hAnsi="Century Gothic"/>
              </w:rPr>
            </w:pPr>
            <w:r w:rsidRPr="006928AF">
              <w:rPr>
                <w:rFonts w:ascii="Century Gothic" w:hAnsi="Century Gothic"/>
              </w:rPr>
              <w:t>aerial photograph, view, above, location</w:t>
            </w:r>
          </w:p>
        </w:tc>
        <w:tc>
          <w:tcPr>
            <w:tcW w:w="0" w:type="auto"/>
          </w:tcPr>
          <w:p w14:paraId="398612EA" w14:textId="77777777" w:rsidR="00FA46F2" w:rsidRPr="006928AF" w:rsidRDefault="00FA46F2" w:rsidP="006928AF">
            <w:pPr>
              <w:spacing w:after="0"/>
              <w:rPr>
                <w:rFonts w:ascii="Century Gothic" w:hAnsi="Century Gothic"/>
              </w:rPr>
            </w:pPr>
          </w:p>
        </w:tc>
      </w:tr>
      <w:tr w:rsidR="00FA46F2" w:rsidRPr="006928AF" w14:paraId="5D8185B1" w14:textId="0DC7336B" w:rsidTr="00FA46F2">
        <w:tc>
          <w:tcPr>
            <w:tcW w:w="0" w:type="auto"/>
          </w:tcPr>
          <w:p w14:paraId="0F2D4711" w14:textId="77777777" w:rsidR="00FA46F2" w:rsidRPr="006928AF" w:rsidRDefault="00FA46F2" w:rsidP="006928AF">
            <w:pPr>
              <w:spacing w:after="0"/>
              <w:rPr>
                <w:rFonts w:ascii="Century Gothic" w:hAnsi="Century Gothic"/>
                <w:b/>
                <w:bCs/>
              </w:rPr>
            </w:pPr>
            <w:r w:rsidRPr="006928AF">
              <w:rPr>
                <w:rFonts w:ascii="Century Gothic" w:hAnsi="Century Gothic"/>
                <w:b/>
                <w:bCs/>
              </w:rPr>
              <w:t>5: How are features shown on a map?</w:t>
            </w:r>
          </w:p>
        </w:tc>
        <w:tc>
          <w:tcPr>
            <w:tcW w:w="0" w:type="auto"/>
          </w:tcPr>
          <w:p w14:paraId="570C0375" w14:textId="77777777" w:rsidR="00FA46F2" w:rsidRPr="006928AF" w:rsidRDefault="00FA46F2" w:rsidP="006928AF">
            <w:pPr>
              <w:spacing w:after="0"/>
              <w:rPr>
                <w:rFonts w:ascii="Century Gothic" w:hAnsi="Century Gothic"/>
              </w:rPr>
            </w:pPr>
            <w:r w:rsidRPr="006928AF">
              <w:rPr>
                <w:rFonts w:ascii="Century Gothic" w:hAnsi="Century Gothic"/>
              </w:rPr>
              <w:t xml:space="preserve">To </w:t>
            </w:r>
            <w:proofErr w:type="spellStart"/>
            <w:r w:rsidRPr="006928AF">
              <w:rPr>
                <w:rFonts w:ascii="Century Gothic" w:hAnsi="Century Gothic"/>
              </w:rPr>
              <w:t>recognise</w:t>
            </w:r>
            <w:proofErr w:type="spellEnd"/>
            <w:r w:rsidRPr="006928AF">
              <w:rPr>
                <w:rFonts w:ascii="Century Gothic" w:hAnsi="Century Gothic"/>
              </w:rPr>
              <w:t xml:space="preserve"> the purpose of symbols on a map.</w:t>
            </w:r>
          </w:p>
        </w:tc>
        <w:tc>
          <w:tcPr>
            <w:tcW w:w="0" w:type="auto"/>
          </w:tcPr>
          <w:p w14:paraId="02ED86C2" w14:textId="77777777" w:rsidR="00FA46F2" w:rsidRPr="006928AF" w:rsidRDefault="00FA46F2" w:rsidP="006928AF">
            <w:pPr>
              <w:spacing w:after="0"/>
              <w:rPr>
                <w:rFonts w:ascii="Century Gothic" w:hAnsi="Century Gothic"/>
              </w:rPr>
            </w:pPr>
            <w:r w:rsidRPr="006928AF">
              <w:rPr>
                <w:rFonts w:ascii="Century Gothic" w:hAnsi="Century Gothic"/>
              </w:rPr>
              <w:t>Understand that symbols represent real features on a map.</w:t>
            </w:r>
          </w:p>
        </w:tc>
        <w:tc>
          <w:tcPr>
            <w:tcW w:w="0" w:type="auto"/>
          </w:tcPr>
          <w:p w14:paraId="6D577F7D" w14:textId="77777777" w:rsidR="00FA46F2" w:rsidRPr="006928AF" w:rsidRDefault="00FA46F2" w:rsidP="006928AF">
            <w:pPr>
              <w:spacing w:after="0"/>
              <w:rPr>
                <w:rFonts w:ascii="Century Gothic" w:hAnsi="Century Gothic"/>
              </w:rPr>
            </w:pPr>
            <w:r w:rsidRPr="006928AF">
              <w:rPr>
                <w:rFonts w:ascii="Century Gothic" w:hAnsi="Century Gothic"/>
              </w:rPr>
              <w:t>Add symbols and a simple key to a map of the school grounds.</w:t>
            </w:r>
          </w:p>
        </w:tc>
        <w:tc>
          <w:tcPr>
            <w:tcW w:w="0" w:type="auto"/>
          </w:tcPr>
          <w:p w14:paraId="50C2D566" w14:textId="77777777" w:rsidR="00FA46F2" w:rsidRPr="006928AF" w:rsidRDefault="00FA46F2" w:rsidP="006928AF">
            <w:pPr>
              <w:spacing w:after="0"/>
              <w:rPr>
                <w:rFonts w:ascii="Century Gothic" w:hAnsi="Century Gothic"/>
              </w:rPr>
            </w:pPr>
            <w:r w:rsidRPr="006928AF">
              <w:rPr>
                <w:rFonts w:ascii="Century Gothic" w:hAnsi="Century Gothic"/>
              </w:rPr>
              <w:t>symbol, key, map, representation</w:t>
            </w:r>
          </w:p>
        </w:tc>
        <w:tc>
          <w:tcPr>
            <w:tcW w:w="0" w:type="auto"/>
          </w:tcPr>
          <w:p w14:paraId="2E0C4B11" w14:textId="77777777" w:rsidR="00FA46F2" w:rsidRPr="006928AF" w:rsidRDefault="00FA46F2" w:rsidP="006928AF">
            <w:pPr>
              <w:spacing w:after="0"/>
              <w:rPr>
                <w:rFonts w:ascii="Century Gothic" w:hAnsi="Century Gothic"/>
              </w:rPr>
            </w:pPr>
          </w:p>
        </w:tc>
      </w:tr>
      <w:tr w:rsidR="00FA46F2" w:rsidRPr="006928AF" w14:paraId="148DFD52" w14:textId="53175939" w:rsidTr="00FA46F2">
        <w:tc>
          <w:tcPr>
            <w:tcW w:w="0" w:type="auto"/>
          </w:tcPr>
          <w:p w14:paraId="4CF2B6C2" w14:textId="77777777" w:rsidR="00FA46F2" w:rsidRPr="006928AF" w:rsidRDefault="00FA46F2" w:rsidP="006928AF">
            <w:pPr>
              <w:spacing w:after="0"/>
              <w:rPr>
                <w:rFonts w:ascii="Century Gothic" w:hAnsi="Century Gothic"/>
                <w:b/>
                <w:bCs/>
              </w:rPr>
            </w:pPr>
            <w:r w:rsidRPr="006928AF">
              <w:rPr>
                <w:rFonts w:ascii="Century Gothic" w:hAnsi="Century Gothic"/>
                <w:b/>
                <w:bCs/>
              </w:rPr>
              <w:t>6: How do places in school make us feel?</w:t>
            </w:r>
          </w:p>
        </w:tc>
        <w:tc>
          <w:tcPr>
            <w:tcW w:w="0" w:type="auto"/>
          </w:tcPr>
          <w:p w14:paraId="165A1A0E" w14:textId="77777777" w:rsidR="00FA46F2" w:rsidRPr="006928AF" w:rsidRDefault="00FA46F2" w:rsidP="006928AF">
            <w:pPr>
              <w:spacing w:after="0"/>
              <w:rPr>
                <w:rFonts w:ascii="Century Gothic" w:hAnsi="Century Gothic"/>
              </w:rPr>
            </w:pPr>
            <w:r w:rsidRPr="006928AF">
              <w:rPr>
                <w:rFonts w:ascii="Century Gothic" w:hAnsi="Century Gothic"/>
              </w:rPr>
              <w:t xml:space="preserve">To </w:t>
            </w:r>
            <w:proofErr w:type="spellStart"/>
            <w:r w:rsidRPr="006928AF">
              <w:rPr>
                <w:rFonts w:ascii="Century Gothic" w:hAnsi="Century Gothic"/>
              </w:rPr>
              <w:t>recognise</w:t>
            </w:r>
            <w:proofErr w:type="spellEnd"/>
            <w:r w:rsidRPr="006928AF">
              <w:rPr>
                <w:rFonts w:ascii="Century Gothic" w:hAnsi="Century Gothic"/>
              </w:rPr>
              <w:t xml:space="preserve"> how different places on the school grounds make me feel.</w:t>
            </w:r>
          </w:p>
        </w:tc>
        <w:tc>
          <w:tcPr>
            <w:tcW w:w="0" w:type="auto"/>
          </w:tcPr>
          <w:p w14:paraId="19A63BF1" w14:textId="77777777" w:rsidR="00FA46F2" w:rsidRPr="006928AF" w:rsidRDefault="00FA46F2" w:rsidP="006928AF">
            <w:pPr>
              <w:spacing w:after="0"/>
              <w:rPr>
                <w:rFonts w:ascii="Century Gothic" w:hAnsi="Century Gothic"/>
              </w:rPr>
            </w:pPr>
            <w:r w:rsidRPr="006928AF">
              <w:rPr>
                <w:rFonts w:ascii="Century Gothic" w:hAnsi="Century Gothic"/>
              </w:rPr>
              <w:t>Know that people can have different opinions and feelings about places.</w:t>
            </w:r>
          </w:p>
        </w:tc>
        <w:tc>
          <w:tcPr>
            <w:tcW w:w="0" w:type="auto"/>
          </w:tcPr>
          <w:p w14:paraId="19565083" w14:textId="77777777" w:rsidR="00FA46F2" w:rsidRPr="006928AF" w:rsidRDefault="00FA46F2" w:rsidP="006928AF">
            <w:pPr>
              <w:spacing w:after="0"/>
              <w:rPr>
                <w:rFonts w:ascii="Century Gothic" w:hAnsi="Century Gothic"/>
              </w:rPr>
            </w:pPr>
            <w:r w:rsidRPr="006928AF">
              <w:rPr>
                <w:rFonts w:ascii="Century Gothic" w:hAnsi="Century Gothic"/>
              </w:rPr>
              <w:t>Describe personal responses to different areas in the school environment.</w:t>
            </w:r>
          </w:p>
        </w:tc>
        <w:tc>
          <w:tcPr>
            <w:tcW w:w="0" w:type="auto"/>
          </w:tcPr>
          <w:p w14:paraId="1F5B81C4" w14:textId="77777777" w:rsidR="00FA46F2" w:rsidRPr="006928AF" w:rsidRDefault="00FA46F2" w:rsidP="006928AF">
            <w:pPr>
              <w:spacing w:after="0"/>
              <w:rPr>
                <w:rFonts w:ascii="Century Gothic" w:hAnsi="Century Gothic"/>
              </w:rPr>
            </w:pPr>
            <w:r w:rsidRPr="006928AF">
              <w:rPr>
                <w:rFonts w:ascii="Century Gothic" w:hAnsi="Century Gothic"/>
              </w:rPr>
              <w:t>feelings, place, environment, preference</w:t>
            </w:r>
          </w:p>
        </w:tc>
        <w:tc>
          <w:tcPr>
            <w:tcW w:w="0" w:type="auto"/>
          </w:tcPr>
          <w:p w14:paraId="41C6C05D" w14:textId="77777777" w:rsidR="00FA46F2" w:rsidRPr="006928AF" w:rsidRDefault="00FA46F2" w:rsidP="006928AF">
            <w:pPr>
              <w:spacing w:after="0"/>
              <w:rPr>
                <w:rFonts w:ascii="Century Gothic" w:hAnsi="Century Gothic"/>
              </w:rPr>
            </w:pPr>
          </w:p>
        </w:tc>
      </w:tr>
    </w:tbl>
    <w:p w14:paraId="263BE059" w14:textId="77777777" w:rsidR="006928AF" w:rsidRDefault="006928AF" w:rsidP="006928AF"/>
    <w:p w14:paraId="0AE8DAD5" w14:textId="77777777" w:rsidR="006928AF" w:rsidRDefault="006928AF" w:rsidP="0020608A">
      <w:pPr>
        <w:rPr>
          <w:rFonts w:ascii="Century Gothic" w:hAnsi="Century Gothic"/>
        </w:rPr>
      </w:pPr>
    </w:p>
    <w:p w14:paraId="0CFA2408" w14:textId="77777777" w:rsidR="006928AF" w:rsidRPr="006928AF" w:rsidRDefault="006928AF" w:rsidP="006928AF">
      <w:pPr>
        <w:rPr>
          <w:rFonts w:ascii="Century Gothic" w:hAnsi="Century Gothic"/>
          <w:b/>
          <w:bCs/>
          <w:color w:val="0070C0"/>
        </w:rPr>
      </w:pPr>
      <w:r w:rsidRPr="006928AF">
        <w:rPr>
          <w:rFonts w:ascii="Century Gothic" w:hAnsi="Century Gothic"/>
          <w:b/>
          <w:bCs/>
          <w:color w:val="0070C0"/>
        </w:rPr>
        <w:lastRenderedPageBreak/>
        <w:t>What is it like to live in Shanghai?</w:t>
      </w:r>
    </w:p>
    <w:p w14:paraId="7345029F" w14:textId="77777777" w:rsidR="006928AF" w:rsidRPr="006928AF" w:rsidRDefault="006928AF" w:rsidP="006928AF">
      <w:pPr>
        <w:rPr>
          <w:rFonts w:ascii="Century Gothic" w:hAnsi="Century Gothic"/>
        </w:rPr>
      </w:pPr>
      <w:r w:rsidRPr="006928AF">
        <w:rPr>
          <w:rFonts w:ascii="Century Gothic" w:hAnsi="Century Gothic"/>
        </w:rPr>
        <w:t>Year 1 Geography Unit: Pupils compare their local area to Shanghai, China, exploring similarities and differences in human and physical geography. They develop mapping and fieldwork skills while identifying features and locations.</w:t>
      </w:r>
      <w:r w:rsidRPr="006928AF">
        <w:rPr>
          <w:rFonts w:ascii="Century Gothic" w:hAnsi="Century Gothic"/>
        </w:rPr>
        <w:br/>
      </w:r>
      <w:r w:rsidRPr="006928AF">
        <w:rPr>
          <w:rFonts w:ascii="Century Gothic" w:hAnsi="Century Gothic"/>
        </w:rPr>
        <w:br/>
        <w:t>Prior learning: What is the weather like in the UK?</w:t>
      </w:r>
      <w:r w:rsidRPr="006928AF">
        <w:rPr>
          <w:rFonts w:ascii="Century Gothic" w:hAnsi="Century Gothic"/>
        </w:rPr>
        <w:br/>
        <w:t>Suggested next steps: Would you prefer to live in a hot or cold 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2799"/>
        <w:gridCol w:w="3646"/>
        <w:gridCol w:w="3213"/>
        <w:gridCol w:w="2546"/>
        <w:gridCol w:w="222"/>
      </w:tblGrid>
      <w:tr w:rsidR="00FA46F2" w:rsidRPr="006928AF" w14:paraId="08D3ACD0" w14:textId="0994419D" w:rsidTr="00FA46F2">
        <w:tc>
          <w:tcPr>
            <w:tcW w:w="0" w:type="auto"/>
          </w:tcPr>
          <w:p w14:paraId="3982850C" w14:textId="77777777" w:rsidR="00FA46F2" w:rsidRPr="006928AF" w:rsidRDefault="00FA46F2" w:rsidP="007447E0">
            <w:pPr>
              <w:spacing w:after="0"/>
              <w:rPr>
                <w:rFonts w:ascii="Century Gothic" w:hAnsi="Century Gothic"/>
                <w:b/>
                <w:bCs/>
              </w:rPr>
            </w:pPr>
            <w:r w:rsidRPr="006928AF">
              <w:rPr>
                <w:rFonts w:ascii="Century Gothic" w:hAnsi="Century Gothic"/>
                <w:b/>
                <w:bCs/>
              </w:rPr>
              <w:t>Lesson</w:t>
            </w:r>
          </w:p>
        </w:tc>
        <w:tc>
          <w:tcPr>
            <w:tcW w:w="0" w:type="auto"/>
          </w:tcPr>
          <w:p w14:paraId="5F36FDCA" w14:textId="77777777" w:rsidR="00FA46F2" w:rsidRPr="006928AF" w:rsidRDefault="00FA46F2" w:rsidP="007447E0">
            <w:pPr>
              <w:spacing w:after="0"/>
              <w:rPr>
                <w:rFonts w:ascii="Century Gothic" w:hAnsi="Century Gothic"/>
                <w:b/>
                <w:bCs/>
              </w:rPr>
            </w:pPr>
            <w:r w:rsidRPr="006928AF">
              <w:rPr>
                <w:rFonts w:ascii="Century Gothic" w:hAnsi="Century Gothic"/>
                <w:b/>
                <w:bCs/>
              </w:rPr>
              <w:t>Learning Objectives</w:t>
            </w:r>
          </w:p>
        </w:tc>
        <w:tc>
          <w:tcPr>
            <w:tcW w:w="0" w:type="auto"/>
          </w:tcPr>
          <w:p w14:paraId="5BB325D1" w14:textId="77777777" w:rsidR="00FA46F2" w:rsidRPr="006928AF" w:rsidRDefault="00FA46F2" w:rsidP="007447E0">
            <w:pPr>
              <w:spacing w:after="0"/>
              <w:rPr>
                <w:rFonts w:ascii="Century Gothic" w:hAnsi="Century Gothic"/>
                <w:b/>
                <w:bCs/>
              </w:rPr>
            </w:pPr>
            <w:r w:rsidRPr="006928AF">
              <w:rPr>
                <w:rFonts w:ascii="Century Gothic" w:hAnsi="Century Gothic"/>
                <w:b/>
                <w:bCs/>
              </w:rPr>
              <w:t>Core Knowledge</w:t>
            </w:r>
          </w:p>
        </w:tc>
        <w:tc>
          <w:tcPr>
            <w:tcW w:w="0" w:type="auto"/>
          </w:tcPr>
          <w:p w14:paraId="02BEB14D" w14:textId="77777777" w:rsidR="00FA46F2" w:rsidRPr="006928AF" w:rsidRDefault="00FA46F2" w:rsidP="007447E0">
            <w:pPr>
              <w:spacing w:after="0"/>
              <w:rPr>
                <w:rFonts w:ascii="Century Gothic" w:hAnsi="Century Gothic"/>
                <w:b/>
                <w:bCs/>
              </w:rPr>
            </w:pPr>
            <w:r w:rsidRPr="006928AF">
              <w:rPr>
                <w:rFonts w:ascii="Century Gothic" w:hAnsi="Century Gothic"/>
                <w:b/>
                <w:bCs/>
              </w:rPr>
              <w:t>Core Skills</w:t>
            </w:r>
          </w:p>
        </w:tc>
        <w:tc>
          <w:tcPr>
            <w:tcW w:w="0" w:type="auto"/>
          </w:tcPr>
          <w:p w14:paraId="68A47970" w14:textId="77777777" w:rsidR="00FA46F2" w:rsidRPr="006928AF" w:rsidRDefault="00FA46F2" w:rsidP="007447E0">
            <w:pPr>
              <w:spacing w:after="0"/>
              <w:rPr>
                <w:rFonts w:ascii="Century Gothic" w:hAnsi="Century Gothic"/>
                <w:b/>
                <w:bCs/>
              </w:rPr>
            </w:pPr>
            <w:r w:rsidRPr="006928AF">
              <w:rPr>
                <w:rFonts w:ascii="Century Gothic" w:hAnsi="Century Gothic"/>
                <w:b/>
                <w:bCs/>
              </w:rPr>
              <w:t>Key Vocabulary</w:t>
            </w:r>
          </w:p>
        </w:tc>
        <w:tc>
          <w:tcPr>
            <w:tcW w:w="0" w:type="auto"/>
          </w:tcPr>
          <w:p w14:paraId="17A5CDEC" w14:textId="77777777" w:rsidR="00FA46F2" w:rsidRPr="006928AF" w:rsidRDefault="00FA46F2" w:rsidP="007447E0">
            <w:pPr>
              <w:spacing w:after="0"/>
              <w:rPr>
                <w:rFonts w:ascii="Century Gothic" w:hAnsi="Century Gothic"/>
                <w:b/>
                <w:bCs/>
              </w:rPr>
            </w:pPr>
          </w:p>
        </w:tc>
      </w:tr>
      <w:tr w:rsidR="00FA46F2" w:rsidRPr="006928AF" w14:paraId="1E6AAC51" w14:textId="7B99AF34" w:rsidTr="00FA46F2">
        <w:tc>
          <w:tcPr>
            <w:tcW w:w="0" w:type="auto"/>
          </w:tcPr>
          <w:p w14:paraId="3B9959FD" w14:textId="77777777" w:rsidR="00FA46F2" w:rsidRPr="006928AF" w:rsidRDefault="00FA46F2" w:rsidP="007447E0">
            <w:pPr>
              <w:spacing w:after="0"/>
              <w:rPr>
                <w:rFonts w:ascii="Century Gothic" w:hAnsi="Century Gothic"/>
                <w:b/>
                <w:bCs/>
              </w:rPr>
            </w:pPr>
            <w:r w:rsidRPr="006928AF">
              <w:rPr>
                <w:rFonts w:ascii="Century Gothic" w:hAnsi="Century Gothic"/>
                <w:b/>
                <w:bCs/>
              </w:rPr>
              <w:t>1: What can we see in our local area?</w:t>
            </w:r>
          </w:p>
        </w:tc>
        <w:tc>
          <w:tcPr>
            <w:tcW w:w="0" w:type="auto"/>
          </w:tcPr>
          <w:p w14:paraId="051E221E" w14:textId="77777777" w:rsidR="00FA46F2" w:rsidRPr="006928AF" w:rsidRDefault="00FA46F2" w:rsidP="007447E0">
            <w:pPr>
              <w:spacing w:after="0"/>
              <w:rPr>
                <w:rFonts w:ascii="Century Gothic" w:hAnsi="Century Gothic"/>
              </w:rPr>
            </w:pPr>
            <w:r w:rsidRPr="006928AF">
              <w:rPr>
                <w:rFonts w:ascii="Century Gothic" w:hAnsi="Century Gothic"/>
              </w:rPr>
              <w:t xml:space="preserve">To </w:t>
            </w:r>
            <w:proofErr w:type="spellStart"/>
            <w:r w:rsidRPr="006928AF">
              <w:rPr>
                <w:rFonts w:ascii="Century Gothic" w:hAnsi="Century Gothic"/>
              </w:rPr>
              <w:t>recognise</w:t>
            </w:r>
            <w:proofErr w:type="spellEnd"/>
            <w:r w:rsidRPr="006928AF">
              <w:rPr>
                <w:rFonts w:ascii="Century Gothic" w:hAnsi="Century Gothic"/>
              </w:rPr>
              <w:t xml:space="preserve"> physical and human features.</w:t>
            </w:r>
          </w:p>
        </w:tc>
        <w:tc>
          <w:tcPr>
            <w:tcW w:w="0" w:type="auto"/>
          </w:tcPr>
          <w:p w14:paraId="700F9F41" w14:textId="77777777" w:rsidR="00FA46F2" w:rsidRPr="006928AF" w:rsidRDefault="00FA46F2" w:rsidP="007447E0">
            <w:pPr>
              <w:spacing w:after="0"/>
              <w:rPr>
                <w:rFonts w:ascii="Century Gothic" w:hAnsi="Century Gothic"/>
              </w:rPr>
            </w:pPr>
            <w:r w:rsidRPr="006928AF">
              <w:rPr>
                <w:rFonts w:ascii="Century Gothic" w:hAnsi="Century Gothic"/>
              </w:rPr>
              <w:t>Understand the difference between human and physical features in the local environment.</w:t>
            </w:r>
          </w:p>
        </w:tc>
        <w:tc>
          <w:tcPr>
            <w:tcW w:w="0" w:type="auto"/>
          </w:tcPr>
          <w:p w14:paraId="225D6FF5" w14:textId="77777777" w:rsidR="00FA46F2" w:rsidRPr="006928AF" w:rsidRDefault="00FA46F2" w:rsidP="007447E0">
            <w:pPr>
              <w:spacing w:after="0"/>
              <w:rPr>
                <w:rFonts w:ascii="Century Gothic" w:hAnsi="Century Gothic"/>
              </w:rPr>
            </w:pPr>
            <w:r w:rsidRPr="006928AF">
              <w:rPr>
                <w:rFonts w:ascii="Century Gothic" w:hAnsi="Century Gothic"/>
              </w:rPr>
              <w:t>Identify and record local features through fieldwork and observation.</w:t>
            </w:r>
          </w:p>
        </w:tc>
        <w:tc>
          <w:tcPr>
            <w:tcW w:w="0" w:type="auto"/>
          </w:tcPr>
          <w:p w14:paraId="759CE0D8" w14:textId="77777777" w:rsidR="00FA46F2" w:rsidRPr="006928AF" w:rsidRDefault="00FA46F2" w:rsidP="007447E0">
            <w:pPr>
              <w:spacing w:after="0"/>
              <w:rPr>
                <w:rFonts w:ascii="Century Gothic" w:hAnsi="Century Gothic"/>
              </w:rPr>
            </w:pPr>
            <w:r w:rsidRPr="006928AF">
              <w:rPr>
                <w:rFonts w:ascii="Century Gothic" w:hAnsi="Century Gothic"/>
              </w:rPr>
              <w:t>physical feature, human feature, local area, fieldwork</w:t>
            </w:r>
          </w:p>
        </w:tc>
        <w:tc>
          <w:tcPr>
            <w:tcW w:w="0" w:type="auto"/>
          </w:tcPr>
          <w:p w14:paraId="51E3466A" w14:textId="77777777" w:rsidR="00FA46F2" w:rsidRPr="006928AF" w:rsidRDefault="00FA46F2" w:rsidP="007447E0">
            <w:pPr>
              <w:spacing w:after="0"/>
              <w:rPr>
                <w:rFonts w:ascii="Century Gothic" w:hAnsi="Century Gothic"/>
              </w:rPr>
            </w:pPr>
          </w:p>
        </w:tc>
      </w:tr>
      <w:tr w:rsidR="00FA46F2" w:rsidRPr="006928AF" w14:paraId="4B10A76B" w14:textId="1AFC3BE3" w:rsidTr="00FA46F2">
        <w:tc>
          <w:tcPr>
            <w:tcW w:w="0" w:type="auto"/>
          </w:tcPr>
          <w:p w14:paraId="7D615DFD" w14:textId="77777777" w:rsidR="00FA46F2" w:rsidRPr="006928AF" w:rsidRDefault="00FA46F2" w:rsidP="007447E0">
            <w:pPr>
              <w:spacing w:after="0"/>
              <w:rPr>
                <w:rFonts w:ascii="Century Gothic" w:hAnsi="Century Gothic"/>
                <w:b/>
                <w:bCs/>
              </w:rPr>
            </w:pPr>
            <w:r w:rsidRPr="006928AF">
              <w:rPr>
                <w:rFonts w:ascii="Century Gothic" w:hAnsi="Century Gothic"/>
                <w:b/>
                <w:bCs/>
              </w:rPr>
              <w:t>2: Can we map our local area?</w:t>
            </w:r>
          </w:p>
        </w:tc>
        <w:tc>
          <w:tcPr>
            <w:tcW w:w="0" w:type="auto"/>
          </w:tcPr>
          <w:p w14:paraId="1B5FA674" w14:textId="77777777" w:rsidR="00FA46F2" w:rsidRPr="006928AF" w:rsidRDefault="00FA46F2" w:rsidP="007447E0">
            <w:pPr>
              <w:spacing w:after="0"/>
              <w:rPr>
                <w:rFonts w:ascii="Century Gothic" w:hAnsi="Century Gothic"/>
              </w:rPr>
            </w:pPr>
            <w:r w:rsidRPr="006928AF">
              <w:rPr>
                <w:rFonts w:ascii="Century Gothic" w:hAnsi="Century Gothic"/>
              </w:rPr>
              <w:t>To draw a sketch map.</w:t>
            </w:r>
          </w:p>
        </w:tc>
        <w:tc>
          <w:tcPr>
            <w:tcW w:w="0" w:type="auto"/>
          </w:tcPr>
          <w:p w14:paraId="3F816737" w14:textId="77777777" w:rsidR="00FA46F2" w:rsidRPr="006928AF" w:rsidRDefault="00FA46F2" w:rsidP="007447E0">
            <w:pPr>
              <w:spacing w:after="0"/>
              <w:rPr>
                <w:rFonts w:ascii="Century Gothic" w:hAnsi="Century Gothic"/>
              </w:rPr>
            </w:pPr>
            <w:r w:rsidRPr="006928AF">
              <w:rPr>
                <w:rFonts w:ascii="Century Gothic" w:hAnsi="Century Gothic"/>
              </w:rPr>
              <w:t>Know that maps can show features using simple symbols and keys.</w:t>
            </w:r>
          </w:p>
        </w:tc>
        <w:tc>
          <w:tcPr>
            <w:tcW w:w="0" w:type="auto"/>
          </w:tcPr>
          <w:p w14:paraId="62616FDC" w14:textId="77777777" w:rsidR="00FA46F2" w:rsidRPr="006928AF" w:rsidRDefault="00FA46F2" w:rsidP="007447E0">
            <w:pPr>
              <w:spacing w:after="0"/>
              <w:rPr>
                <w:rFonts w:ascii="Century Gothic" w:hAnsi="Century Gothic"/>
              </w:rPr>
            </w:pPr>
            <w:r w:rsidRPr="006928AF">
              <w:rPr>
                <w:rFonts w:ascii="Century Gothic" w:hAnsi="Century Gothic"/>
              </w:rPr>
              <w:t>Draw a sketch map of the local area, adding symbols for key features.</w:t>
            </w:r>
          </w:p>
        </w:tc>
        <w:tc>
          <w:tcPr>
            <w:tcW w:w="0" w:type="auto"/>
          </w:tcPr>
          <w:p w14:paraId="4F0D44AE" w14:textId="77777777" w:rsidR="00FA46F2" w:rsidRPr="006928AF" w:rsidRDefault="00FA46F2" w:rsidP="007447E0">
            <w:pPr>
              <w:spacing w:after="0"/>
              <w:rPr>
                <w:rFonts w:ascii="Century Gothic" w:hAnsi="Century Gothic"/>
              </w:rPr>
            </w:pPr>
            <w:r w:rsidRPr="006928AF">
              <w:rPr>
                <w:rFonts w:ascii="Century Gothic" w:hAnsi="Century Gothic"/>
              </w:rPr>
              <w:t>map, sketch map, key, symbol</w:t>
            </w:r>
          </w:p>
        </w:tc>
        <w:tc>
          <w:tcPr>
            <w:tcW w:w="0" w:type="auto"/>
          </w:tcPr>
          <w:p w14:paraId="59923FE4" w14:textId="77777777" w:rsidR="00FA46F2" w:rsidRPr="006928AF" w:rsidRDefault="00FA46F2" w:rsidP="007447E0">
            <w:pPr>
              <w:spacing w:after="0"/>
              <w:rPr>
                <w:rFonts w:ascii="Century Gothic" w:hAnsi="Century Gothic"/>
              </w:rPr>
            </w:pPr>
          </w:p>
        </w:tc>
      </w:tr>
      <w:tr w:rsidR="00FA46F2" w:rsidRPr="006928AF" w14:paraId="68F21FA4" w14:textId="735B99D3" w:rsidTr="00FA46F2">
        <w:tc>
          <w:tcPr>
            <w:tcW w:w="0" w:type="auto"/>
          </w:tcPr>
          <w:p w14:paraId="58F39667" w14:textId="77777777" w:rsidR="00FA46F2" w:rsidRPr="006928AF" w:rsidRDefault="00FA46F2" w:rsidP="007447E0">
            <w:pPr>
              <w:spacing w:after="0"/>
              <w:rPr>
                <w:rFonts w:ascii="Century Gothic" w:hAnsi="Century Gothic"/>
                <w:b/>
                <w:bCs/>
              </w:rPr>
            </w:pPr>
            <w:r w:rsidRPr="006928AF">
              <w:rPr>
                <w:rFonts w:ascii="Century Gothic" w:hAnsi="Century Gothic"/>
                <w:b/>
                <w:bCs/>
              </w:rPr>
              <w:t>3: Where in the world is China?</w:t>
            </w:r>
          </w:p>
        </w:tc>
        <w:tc>
          <w:tcPr>
            <w:tcW w:w="0" w:type="auto"/>
          </w:tcPr>
          <w:p w14:paraId="13DDC1CA" w14:textId="77777777" w:rsidR="00FA46F2" w:rsidRPr="006928AF" w:rsidRDefault="00FA46F2" w:rsidP="007447E0">
            <w:pPr>
              <w:spacing w:after="0"/>
              <w:rPr>
                <w:rFonts w:ascii="Century Gothic" w:hAnsi="Century Gothic"/>
              </w:rPr>
            </w:pPr>
            <w:r w:rsidRPr="006928AF">
              <w:rPr>
                <w:rFonts w:ascii="Century Gothic" w:hAnsi="Century Gothic"/>
              </w:rPr>
              <w:t>To name and locate some continents on a world map.</w:t>
            </w:r>
          </w:p>
        </w:tc>
        <w:tc>
          <w:tcPr>
            <w:tcW w:w="0" w:type="auto"/>
          </w:tcPr>
          <w:p w14:paraId="3D602A17" w14:textId="77777777" w:rsidR="00FA46F2" w:rsidRPr="006928AF" w:rsidRDefault="00FA46F2" w:rsidP="007447E0">
            <w:pPr>
              <w:spacing w:after="0"/>
              <w:rPr>
                <w:rFonts w:ascii="Century Gothic" w:hAnsi="Century Gothic"/>
              </w:rPr>
            </w:pPr>
            <w:r w:rsidRPr="006928AF">
              <w:rPr>
                <w:rFonts w:ascii="Century Gothic" w:hAnsi="Century Gothic"/>
              </w:rPr>
              <w:t>Know that the UK is in Europe and China is in Asia.</w:t>
            </w:r>
          </w:p>
        </w:tc>
        <w:tc>
          <w:tcPr>
            <w:tcW w:w="0" w:type="auto"/>
          </w:tcPr>
          <w:p w14:paraId="2D3B87AD" w14:textId="77777777" w:rsidR="00FA46F2" w:rsidRPr="006928AF" w:rsidRDefault="00FA46F2" w:rsidP="007447E0">
            <w:pPr>
              <w:spacing w:after="0"/>
              <w:rPr>
                <w:rFonts w:ascii="Century Gothic" w:hAnsi="Century Gothic"/>
              </w:rPr>
            </w:pPr>
            <w:r w:rsidRPr="006928AF">
              <w:rPr>
                <w:rFonts w:ascii="Century Gothic" w:hAnsi="Century Gothic"/>
              </w:rPr>
              <w:t>Use atlases and world maps to locate continents and countries.</w:t>
            </w:r>
          </w:p>
        </w:tc>
        <w:tc>
          <w:tcPr>
            <w:tcW w:w="0" w:type="auto"/>
          </w:tcPr>
          <w:p w14:paraId="5FD0D116" w14:textId="77777777" w:rsidR="00FA46F2" w:rsidRPr="006928AF" w:rsidRDefault="00FA46F2" w:rsidP="007447E0">
            <w:pPr>
              <w:spacing w:after="0"/>
              <w:rPr>
                <w:rFonts w:ascii="Century Gothic" w:hAnsi="Century Gothic"/>
              </w:rPr>
            </w:pPr>
            <w:r w:rsidRPr="006928AF">
              <w:rPr>
                <w:rFonts w:ascii="Century Gothic" w:hAnsi="Century Gothic"/>
              </w:rPr>
              <w:t>continent, country, United Kingdom, China, world map</w:t>
            </w:r>
          </w:p>
        </w:tc>
        <w:tc>
          <w:tcPr>
            <w:tcW w:w="0" w:type="auto"/>
          </w:tcPr>
          <w:p w14:paraId="1C293654" w14:textId="77777777" w:rsidR="00FA46F2" w:rsidRPr="006928AF" w:rsidRDefault="00FA46F2" w:rsidP="007447E0">
            <w:pPr>
              <w:spacing w:after="0"/>
              <w:rPr>
                <w:rFonts w:ascii="Century Gothic" w:hAnsi="Century Gothic"/>
              </w:rPr>
            </w:pPr>
          </w:p>
        </w:tc>
      </w:tr>
      <w:tr w:rsidR="00FA46F2" w:rsidRPr="006928AF" w14:paraId="56494975" w14:textId="01D5ADB9" w:rsidTr="00FA46F2">
        <w:tc>
          <w:tcPr>
            <w:tcW w:w="0" w:type="auto"/>
          </w:tcPr>
          <w:p w14:paraId="2BB4D0F0" w14:textId="77777777" w:rsidR="00FA46F2" w:rsidRPr="006928AF" w:rsidRDefault="00FA46F2" w:rsidP="007447E0">
            <w:pPr>
              <w:spacing w:after="0"/>
              <w:rPr>
                <w:rFonts w:ascii="Century Gothic" w:hAnsi="Century Gothic"/>
                <w:b/>
                <w:bCs/>
              </w:rPr>
            </w:pPr>
            <w:r w:rsidRPr="006928AF">
              <w:rPr>
                <w:rFonts w:ascii="Century Gothic" w:hAnsi="Century Gothic"/>
                <w:b/>
                <w:bCs/>
              </w:rPr>
              <w:t>4: What can you see in China?</w:t>
            </w:r>
          </w:p>
        </w:tc>
        <w:tc>
          <w:tcPr>
            <w:tcW w:w="0" w:type="auto"/>
          </w:tcPr>
          <w:p w14:paraId="52C0526A" w14:textId="77777777" w:rsidR="00FA46F2" w:rsidRPr="006928AF" w:rsidRDefault="00FA46F2" w:rsidP="007447E0">
            <w:pPr>
              <w:spacing w:after="0"/>
              <w:rPr>
                <w:rFonts w:ascii="Century Gothic" w:hAnsi="Century Gothic"/>
              </w:rPr>
            </w:pPr>
            <w:r w:rsidRPr="006928AF">
              <w:rPr>
                <w:rFonts w:ascii="Century Gothic" w:hAnsi="Century Gothic"/>
              </w:rPr>
              <w:t>To identify physical and human features of a non-European country.</w:t>
            </w:r>
          </w:p>
        </w:tc>
        <w:tc>
          <w:tcPr>
            <w:tcW w:w="0" w:type="auto"/>
          </w:tcPr>
          <w:p w14:paraId="3726946F" w14:textId="77777777" w:rsidR="00FA46F2" w:rsidRPr="006928AF" w:rsidRDefault="00FA46F2" w:rsidP="007447E0">
            <w:pPr>
              <w:spacing w:after="0"/>
              <w:rPr>
                <w:rFonts w:ascii="Century Gothic" w:hAnsi="Century Gothic"/>
              </w:rPr>
            </w:pPr>
            <w:proofErr w:type="spellStart"/>
            <w:r w:rsidRPr="006928AF">
              <w:rPr>
                <w:rFonts w:ascii="Century Gothic" w:hAnsi="Century Gothic"/>
              </w:rPr>
              <w:t>Recognise</w:t>
            </w:r>
            <w:proofErr w:type="spellEnd"/>
            <w:r w:rsidRPr="006928AF">
              <w:rPr>
                <w:rFonts w:ascii="Century Gothic" w:hAnsi="Century Gothic"/>
              </w:rPr>
              <w:t xml:space="preserve"> major physical and human landmarks in China such as rivers, mountains, and cities.</w:t>
            </w:r>
          </w:p>
        </w:tc>
        <w:tc>
          <w:tcPr>
            <w:tcW w:w="0" w:type="auto"/>
          </w:tcPr>
          <w:p w14:paraId="5E193DB0" w14:textId="77777777" w:rsidR="00FA46F2" w:rsidRPr="006928AF" w:rsidRDefault="00FA46F2" w:rsidP="007447E0">
            <w:pPr>
              <w:spacing w:after="0"/>
              <w:rPr>
                <w:rFonts w:ascii="Century Gothic" w:hAnsi="Century Gothic"/>
              </w:rPr>
            </w:pPr>
            <w:r w:rsidRPr="006928AF">
              <w:rPr>
                <w:rFonts w:ascii="Century Gothic" w:hAnsi="Century Gothic"/>
              </w:rPr>
              <w:t>Identify and discuss key features of China using maps and photographs.</w:t>
            </w:r>
          </w:p>
        </w:tc>
        <w:tc>
          <w:tcPr>
            <w:tcW w:w="0" w:type="auto"/>
          </w:tcPr>
          <w:p w14:paraId="09608133" w14:textId="77777777" w:rsidR="00FA46F2" w:rsidRPr="006928AF" w:rsidRDefault="00FA46F2" w:rsidP="007447E0">
            <w:pPr>
              <w:spacing w:after="0"/>
              <w:rPr>
                <w:rFonts w:ascii="Century Gothic" w:hAnsi="Century Gothic"/>
              </w:rPr>
            </w:pPr>
            <w:r w:rsidRPr="006928AF">
              <w:rPr>
                <w:rFonts w:ascii="Century Gothic" w:hAnsi="Century Gothic"/>
              </w:rPr>
              <w:t>mountain, river, city, human feature, physical feature</w:t>
            </w:r>
          </w:p>
        </w:tc>
        <w:tc>
          <w:tcPr>
            <w:tcW w:w="0" w:type="auto"/>
          </w:tcPr>
          <w:p w14:paraId="7D764468" w14:textId="77777777" w:rsidR="00FA46F2" w:rsidRPr="006928AF" w:rsidRDefault="00FA46F2" w:rsidP="007447E0">
            <w:pPr>
              <w:spacing w:after="0"/>
              <w:rPr>
                <w:rFonts w:ascii="Century Gothic" w:hAnsi="Century Gothic"/>
              </w:rPr>
            </w:pPr>
          </w:p>
        </w:tc>
      </w:tr>
      <w:tr w:rsidR="00FA46F2" w:rsidRPr="006928AF" w14:paraId="2AAFEF83" w14:textId="1E8B74DF" w:rsidTr="00FA46F2">
        <w:tc>
          <w:tcPr>
            <w:tcW w:w="0" w:type="auto"/>
          </w:tcPr>
          <w:p w14:paraId="5493F5BA" w14:textId="77777777" w:rsidR="00FA46F2" w:rsidRPr="006928AF" w:rsidRDefault="00FA46F2" w:rsidP="007447E0">
            <w:pPr>
              <w:spacing w:after="0"/>
              <w:rPr>
                <w:rFonts w:ascii="Century Gothic" w:hAnsi="Century Gothic"/>
                <w:b/>
                <w:bCs/>
              </w:rPr>
            </w:pPr>
            <w:r w:rsidRPr="006928AF">
              <w:rPr>
                <w:rFonts w:ascii="Century Gothic" w:hAnsi="Century Gothic"/>
                <w:b/>
                <w:bCs/>
              </w:rPr>
              <w:t>5: What is Shanghai like?</w:t>
            </w:r>
          </w:p>
        </w:tc>
        <w:tc>
          <w:tcPr>
            <w:tcW w:w="0" w:type="auto"/>
          </w:tcPr>
          <w:p w14:paraId="4B46D3CF" w14:textId="77777777" w:rsidR="00FA46F2" w:rsidRPr="006928AF" w:rsidRDefault="00FA46F2" w:rsidP="007447E0">
            <w:pPr>
              <w:spacing w:after="0"/>
              <w:rPr>
                <w:rFonts w:ascii="Century Gothic" w:hAnsi="Century Gothic"/>
              </w:rPr>
            </w:pPr>
            <w:r w:rsidRPr="006928AF">
              <w:rPr>
                <w:rFonts w:ascii="Century Gothic" w:hAnsi="Century Gothic"/>
              </w:rPr>
              <w:t>To describe what it is like in Shanghai.</w:t>
            </w:r>
          </w:p>
        </w:tc>
        <w:tc>
          <w:tcPr>
            <w:tcW w:w="0" w:type="auto"/>
          </w:tcPr>
          <w:p w14:paraId="773893F9" w14:textId="77777777" w:rsidR="00FA46F2" w:rsidRPr="006928AF" w:rsidRDefault="00FA46F2" w:rsidP="007447E0">
            <w:pPr>
              <w:spacing w:after="0"/>
              <w:rPr>
                <w:rFonts w:ascii="Century Gothic" w:hAnsi="Century Gothic"/>
              </w:rPr>
            </w:pPr>
            <w:r w:rsidRPr="006928AF">
              <w:rPr>
                <w:rFonts w:ascii="Century Gothic" w:hAnsi="Century Gothic"/>
              </w:rPr>
              <w:t>Know that Shanghai is a large city in China with many human and physical features.</w:t>
            </w:r>
          </w:p>
        </w:tc>
        <w:tc>
          <w:tcPr>
            <w:tcW w:w="0" w:type="auto"/>
          </w:tcPr>
          <w:p w14:paraId="5091A740" w14:textId="77777777" w:rsidR="00FA46F2" w:rsidRPr="006928AF" w:rsidRDefault="00FA46F2" w:rsidP="007447E0">
            <w:pPr>
              <w:spacing w:after="0"/>
              <w:rPr>
                <w:rFonts w:ascii="Century Gothic" w:hAnsi="Century Gothic"/>
              </w:rPr>
            </w:pPr>
            <w:r w:rsidRPr="006928AF">
              <w:rPr>
                <w:rFonts w:ascii="Century Gothic" w:hAnsi="Century Gothic"/>
              </w:rPr>
              <w:t>Use photographs to describe key features of Shanghai and its location.</w:t>
            </w:r>
          </w:p>
        </w:tc>
        <w:tc>
          <w:tcPr>
            <w:tcW w:w="0" w:type="auto"/>
          </w:tcPr>
          <w:p w14:paraId="7ECA1C63" w14:textId="77777777" w:rsidR="00FA46F2" w:rsidRPr="006928AF" w:rsidRDefault="00FA46F2" w:rsidP="007447E0">
            <w:pPr>
              <w:spacing w:after="0"/>
              <w:rPr>
                <w:rFonts w:ascii="Century Gothic" w:hAnsi="Century Gothic"/>
              </w:rPr>
            </w:pPr>
            <w:r w:rsidRPr="006928AF">
              <w:rPr>
                <w:rFonts w:ascii="Century Gothic" w:hAnsi="Century Gothic"/>
              </w:rPr>
              <w:t>Shanghai, city, Asia, building, transport</w:t>
            </w:r>
          </w:p>
        </w:tc>
        <w:tc>
          <w:tcPr>
            <w:tcW w:w="0" w:type="auto"/>
          </w:tcPr>
          <w:p w14:paraId="670F4ABA" w14:textId="77777777" w:rsidR="00FA46F2" w:rsidRPr="006928AF" w:rsidRDefault="00FA46F2" w:rsidP="007447E0">
            <w:pPr>
              <w:spacing w:after="0"/>
              <w:rPr>
                <w:rFonts w:ascii="Century Gothic" w:hAnsi="Century Gothic"/>
              </w:rPr>
            </w:pPr>
          </w:p>
        </w:tc>
      </w:tr>
      <w:tr w:rsidR="00FA46F2" w:rsidRPr="006928AF" w14:paraId="050137B1" w14:textId="593CA658" w:rsidTr="00FA46F2">
        <w:tc>
          <w:tcPr>
            <w:tcW w:w="0" w:type="auto"/>
          </w:tcPr>
          <w:p w14:paraId="3A843DA5" w14:textId="77777777" w:rsidR="00FA46F2" w:rsidRPr="006928AF" w:rsidRDefault="00FA46F2" w:rsidP="007447E0">
            <w:pPr>
              <w:spacing w:after="0"/>
              <w:rPr>
                <w:rFonts w:ascii="Century Gothic" w:hAnsi="Century Gothic"/>
                <w:b/>
                <w:bCs/>
              </w:rPr>
            </w:pPr>
            <w:r w:rsidRPr="006928AF">
              <w:rPr>
                <w:rFonts w:ascii="Century Gothic" w:hAnsi="Century Gothic"/>
                <w:b/>
                <w:bCs/>
              </w:rPr>
              <w:t>6: How is Shanghai different from our local area?</w:t>
            </w:r>
          </w:p>
        </w:tc>
        <w:tc>
          <w:tcPr>
            <w:tcW w:w="0" w:type="auto"/>
          </w:tcPr>
          <w:p w14:paraId="7E3DC099" w14:textId="77777777" w:rsidR="00FA46F2" w:rsidRPr="006928AF" w:rsidRDefault="00FA46F2" w:rsidP="007447E0">
            <w:pPr>
              <w:spacing w:after="0"/>
              <w:rPr>
                <w:rFonts w:ascii="Century Gothic" w:hAnsi="Century Gothic"/>
              </w:rPr>
            </w:pPr>
            <w:r w:rsidRPr="006928AF">
              <w:rPr>
                <w:rFonts w:ascii="Century Gothic" w:hAnsi="Century Gothic"/>
              </w:rPr>
              <w:t>To compare Shanghai to a small area of the UK.</w:t>
            </w:r>
          </w:p>
        </w:tc>
        <w:tc>
          <w:tcPr>
            <w:tcW w:w="0" w:type="auto"/>
          </w:tcPr>
          <w:p w14:paraId="2212AFBC" w14:textId="77777777" w:rsidR="00FA46F2" w:rsidRPr="006928AF" w:rsidRDefault="00FA46F2" w:rsidP="007447E0">
            <w:pPr>
              <w:spacing w:after="0"/>
              <w:rPr>
                <w:rFonts w:ascii="Century Gothic" w:hAnsi="Century Gothic"/>
              </w:rPr>
            </w:pPr>
            <w:r w:rsidRPr="006928AF">
              <w:rPr>
                <w:rFonts w:ascii="Century Gothic" w:hAnsi="Century Gothic"/>
              </w:rPr>
              <w:t>Understand similarities and differences between Shanghai and their local area.</w:t>
            </w:r>
          </w:p>
        </w:tc>
        <w:tc>
          <w:tcPr>
            <w:tcW w:w="0" w:type="auto"/>
          </w:tcPr>
          <w:p w14:paraId="41EC8667" w14:textId="77777777" w:rsidR="00FA46F2" w:rsidRPr="006928AF" w:rsidRDefault="00FA46F2" w:rsidP="007447E0">
            <w:pPr>
              <w:spacing w:after="0"/>
              <w:rPr>
                <w:rFonts w:ascii="Century Gothic" w:hAnsi="Century Gothic"/>
              </w:rPr>
            </w:pPr>
            <w:r w:rsidRPr="006928AF">
              <w:rPr>
                <w:rFonts w:ascii="Century Gothic" w:hAnsi="Century Gothic"/>
              </w:rPr>
              <w:t>Compare and contrast photographs, maps, and descriptions of both areas.</w:t>
            </w:r>
          </w:p>
        </w:tc>
        <w:tc>
          <w:tcPr>
            <w:tcW w:w="0" w:type="auto"/>
          </w:tcPr>
          <w:p w14:paraId="29ED05B8" w14:textId="77777777" w:rsidR="00FA46F2" w:rsidRPr="006928AF" w:rsidRDefault="00FA46F2" w:rsidP="007447E0">
            <w:pPr>
              <w:spacing w:after="0"/>
              <w:rPr>
                <w:rFonts w:ascii="Century Gothic" w:hAnsi="Century Gothic"/>
              </w:rPr>
            </w:pPr>
            <w:r w:rsidRPr="006928AF">
              <w:rPr>
                <w:rFonts w:ascii="Century Gothic" w:hAnsi="Century Gothic"/>
              </w:rPr>
              <w:t>compare, different, similar, human, physical</w:t>
            </w:r>
          </w:p>
        </w:tc>
        <w:tc>
          <w:tcPr>
            <w:tcW w:w="0" w:type="auto"/>
          </w:tcPr>
          <w:p w14:paraId="06C66C7E" w14:textId="77777777" w:rsidR="00FA46F2" w:rsidRPr="006928AF" w:rsidRDefault="00FA46F2" w:rsidP="007447E0">
            <w:pPr>
              <w:spacing w:after="0"/>
              <w:rPr>
                <w:rFonts w:ascii="Century Gothic" w:hAnsi="Century Gothic"/>
              </w:rPr>
            </w:pPr>
          </w:p>
        </w:tc>
      </w:tr>
    </w:tbl>
    <w:p w14:paraId="1AC23E98" w14:textId="77777777" w:rsidR="006928AF" w:rsidRDefault="006928AF" w:rsidP="006928AF">
      <w:pPr>
        <w:rPr>
          <w:rFonts w:ascii="Century Gothic" w:hAnsi="Century Gothic"/>
        </w:rPr>
      </w:pPr>
    </w:p>
    <w:p w14:paraId="28E81706" w14:textId="77777777" w:rsidR="006928AF" w:rsidRDefault="006928AF" w:rsidP="006928AF">
      <w:pPr>
        <w:rPr>
          <w:rFonts w:ascii="Century Gothic" w:hAnsi="Century Gothic"/>
        </w:rPr>
      </w:pPr>
    </w:p>
    <w:p w14:paraId="6AC817CB" w14:textId="77777777" w:rsidR="006928AF" w:rsidRDefault="006928AF" w:rsidP="006928AF">
      <w:pPr>
        <w:rPr>
          <w:rFonts w:ascii="Century Gothic" w:hAnsi="Century Gothic"/>
        </w:rPr>
      </w:pPr>
    </w:p>
    <w:p w14:paraId="3A348C60" w14:textId="77777777" w:rsidR="006928AF" w:rsidRPr="0020608A" w:rsidRDefault="006928AF" w:rsidP="0020608A">
      <w:pPr>
        <w:rPr>
          <w:rFonts w:ascii="Century Gothic" w:hAnsi="Century Gothic"/>
        </w:rPr>
      </w:pPr>
    </w:p>
    <w:sectPr w:rsidR="006928AF" w:rsidRPr="0020608A" w:rsidSect="0020608A">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0283470">
    <w:abstractNumId w:val="8"/>
  </w:num>
  <w:num w:numId="2" w16cid:durableId="1664159787">
    <w:abstractNumId w:val="6"/>
  </w:num>
  <w:num w:numId="3" w16cid:durableId="823550186">
    <w:abstractNumId w:val="5"/>
  </w:num>
  <w:num w:numId="4" w16cid:durableId="1106772292">
    <w:abstractNumId w:val="4"/>
  </w:num>
  <w:num w:numId="5" w16cid:durableId="1226917254">
    <w:abstractNumId w:val="7"/>
  </w:num>
  <w:num w:numId="6" w16cid:durableId="1057434137">
    <w:abstractNumId w:val="3"/>
  </w:num>
  <w:num w:numId="7" w16cid:durableId="1977636703">
    <w:abstractNumId w:val="2"/>
  </w:num>
  <w:num w:numId="8" w16cid:durableId="1831406833">
    <w:abstractNumId w:val="1"/>
  </w:num>
  <w:num w:numId="9" w16cid:durableId="1864854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608A"/>
    <w:rsid w:val="0029639D"/>
    <w:rsid w:val="00326F90"/>
    <w:rsid w:val="003F0FFC"/>
    <w:rsid w:val="004E4C56"/>
    <w:rsid w:val="006928AF"/>
    <w:rsid w:val="00716BE3"/>
    <w:rsid w:val="00756778"/>
    <w:rsid w:val="00776370"/>
    <w:rsid w:val="00AA1D8D"/>
    <w:rsid w:val="00B47730"/>
    <w:rsid w:val="00CB0664"/>
    <w:rsid w:val="00D01F04"/>
    <w:rsid w:val="00FA46F2"/>
    <w:rsid w:val="00FC0A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F43562"/>
  <w14:defaultImageDpi w14:val="300"/>
  <w15:docId w15:val="{2EB1F14D-251F-4629-A95C-EB115301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10</TotalTime>
  <Pages>3</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Iliffe (CELT - Staff)</cp:lastModifiedBy>
  <cp:revision>6</cp:revision>
  <dcterms:created xsi:type="dcterms:W3CDTF">2025-11-06T20:32:00Z</dcterms:created>
  <dcterms:modified xsi:type="dcterms:W3CDTF">2025-11-06T20:42:00Z</dcterms:modified>
  <cp:category/>
</cp:coreProperties>
</file>