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872F7" w14:textId="77777777" w:rsidR="00575608" w:rsidRPr="00564DF2" w:rsidRDefault="00CD0EEF" w:rsidP="00564DF2">
      <w:pPr>
        <w:spacing w:after="0"/>
        <w:jc w:val="center"/>
        <w:rPr>
          <w:rFonts w:ascii="Century Gothic" w:hAnsi="Century Gothic"/>
          <w:b/>
          <w:bCs/>
          <w:color w:val="0070C0"/>
          <w:sz w:val="40"/>
          <w:szCs w:val="40"/>
        </w:rPr>
      </w:pPr>
      <w:r w:rsidRPr="00564DF2">
        <w:rPr>
          <w:b/>
          <w:bCs/>
          <w:color w:val="0070C0"/>
          <w:sz w:val="40"/>
          <w:szCs w:val="40"/>
        </w:rPr>
        <w:t xml:space="preserve">KS1 </w:t>
      </w:r>
      <w:r w:rsidRPr="00564DF2">
        <w:rPr>
          <w:rFonts w:ascii="Century Gothic" w:hAnsi="Century Gothic"/>
          <w:b/>
          <w:bCs/>
          <w:color w:val="0070C0"/>
          <w:sz w:val="40"/>
          <w:szCs w:val="40"/>
        </w:rPr>
        <w:t>History Detailed Progression of Skills and Knowledge Year B</w:t>
      </w:r>
    </w:p>
    <w:p w14:paraId="5D81E387" w14:textId="77777777" w:rsidR="00564DF2" w:rsidRDefault="00564DF2" w:rsidP="00564DF2">
      <w:pPr>
        <w:spacing w:after="0"/>
        <w:rPr>
          <w:rFonts w:ascii="Century Gothic" w:hAnsi="Century Gothic"/>
          <w:b/>
          <w:bCs/>
          <w:color w:val="0070C0"/>
        </w:rPr>
      </w:pPr>
    </w:p>
    <w:p w14:paraId="445F482B" w14:textId="10D1D916" w:rsidR="00575608" w:rsidRDefault="00CD0EEF" w:rsidP="00564DF2">
      <w:pPr>
        <w:spacing w:after="0"/>
        <w:rPr>
          <w:rFonts w:ascii="Century Gothic" w:hAnsi="Century Gothic"/>
          <w:b/>
          <w:bCs/>
          <w:color w:val="0070C0"/>
        </w:rPr>
      </w:pPr>
      <w:r w:rsidRPr="00564DF2">
        <w:rPr>
          <w:rFonts w:ascii="Century Gothic" w:hAnsi="Century Gothic"/>
          <w:b/>
          <w:bCs/>
          <w:color w:val="0070C0"/>
        </w:rPr>
        <w:t>How am I making history?</w:t>
      </w:r>
    </w:p>
    <w:p w14:paraId="5FECF985" w14:textId="77777777" w:rsidR="00564DF2" w:rsidRPr="00564DF2" w:rsidRDefault="00564DF2" w:rsidP="00564DF2">
      <w:pPr>
        <w:spacing w:after="0"/>
        <w:rPr>
          <w:rFonts w:ascii="Century Gothic" w:hAnsi="Century Gothic"/>
          <w:b/>
          <w:bCs/>
          <w:color w:val="0070C0"/>
        </w:rPr>
      </w:pPr>
    </w:p>
    <w:p w14:paraId="16607CAE" w14:textId="77777777" w:rsidR="00575608" w:rsidRDefault="00CD0EEF" w:rsidP="00564DF2">
      <w:pPr>
        <w:spacing w:after="0"/>
        <w:rPr>
          <w:rFonts w:ascii="Century Gothic" w:hAnsi="Century Gothic"/>
        </w:rPr>
      </w:pPr>
      <w:r w:rsidRPr="00564DF2">
        <w:rPr>
          <w:rFonts w:ascii="Century Gothic" w:hAnsi="Century Gothic"/>
        </w:rPr>
        <w:t>Year 1 History Unit: Pupils explore the concept of history through their own lives and experiences. They learn how to order events chronologically, use vocabulary related to time, and understand how their personal history connects to the wider world.</w:t>
      </w:r>
      <w:r w:rsidRPr="00564DF2">
        <w:rPr>
          <w:rFonts w:ascii="Century Gothic" w:hAnsi="Century Gothic"/>
        </w:rPr>
        <w:br/>
      </w:r>
      <w:r w:rsidRPr="00564DF2">
        <w:rPr>
          <w:rFonts w:ascii="Century Gothic" w:hAnsi="Century Gothic"/>
        </w:rPr>
        <w:br/>
        <w:t>Prior learning: None (introductory unit)</w:t>
      </w:r>
      <w:r w:rsidRPr="00564DF2">
        <w:rPr>
          <w:rFonts w:ascii="Century Gothic" w:hAnsi="Century Gothic"/>
        </w:rPr>
        <w:br/>
        <w:t>Suggested next steps: How have toys changed?</w:t>
      </w:r>
    </w:p>
    <w:p w14:paraId="0D721B1F" w14:textId="77777777" w:rsidR="00564DF2" w:rsidRPr="00564DF2" w:rsidRDefault="00564DF2" w:rsidP="00564DF2">
      <w:pPr>
        <w:spacing w:after="0"/>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7"/>
        <w:gridCol w:w="2957"/>
        <w:gridCol w:w="3339"/>
        <w:gridCol w:w="3405"/>
        <w:gridCol w:w="2378"/>
      </w:tblGrid>
      <w:tr w:rsidR="00575608" w:rsidRPr="00564DF2" w14:paraId="605481C4" w14:textId="77777777" w:rsidTr="00564DF2">
        <w:tc>
          <w:tcPr>
            <w:tcW w:w="0" w:type="auto"/>
          </w:tcPr>
          <w:p w14:paraId="0E9BD7A3" w14:textId="77777777" w:rsidR="00575608" w:rsidRPr="00564DF2" w:rsidRDefault="00CD0EEF" w:rsidP="00564DF2">
            <w:pPr>
              <w:spacing w:after="0"/>
              <w:rPr>
                <w:rFonts w:ascii="Century Gothic" w:hAnsi="Century Gothic"/>
                <w:b/>
                <w:bCs/>
              </w:rPr>
            </w:pPr>
            <w:r w:rsidRPr="00564DF2">
              <w:rPr>
                <w:rFonts w:ascii="Century Gothic" w:hAnsi="Century Gothic"/>
                <w:b/>
                <w:bCs/>
              </w:rPr>
              <w:t>Lesson</w:t>
            </w:r>
          </w:p>
        </w:tc>
        <w:tc>
          <w:tcPr>
            <w:tcW w:w="0" w:type="auto"/>
          </w:tcPr>
          <w:p w14:paraId="0BAC3314" w14:textId="77777777" w:rsidR="00575608" w:rsidRPr="00564DF2" w:rsidRDefault="00CD0EEF" w:rsidP="00564DF2">
            <w:pPr>
              <w:spacing w:after="0"/>
              <w:rPr>
                <w:rFonts w:ascii="Century Gothic" w:hAnsi="Century Gothic"/>
                <w:b/>
                <w:bCs/>
              </w:rPr>
            </w:pPr>
            <w:r w:rsidRPr="00564DF2">
              <w:rPr>
                <w:rFonts w:ascii="Century Gothic" w:hAnsi="Century Gothic"/>
                <w:b/>
                <w:bCs/>
              </w:rPr>
              <w:t>Learning Objectives</w:t>
            </w:r>
          </w:p>
        </w:tc>
        <w:tc>
          <w:tcPr>
            <w:tcW w:w="0" w:type="auto"/>
          </w:tcPr>
          <w:p w14:paraId="683035D8" w14:textId="77777777" w:rsidR="00575608" w:rsidRPr="00564DF2" w:rsidRDefault="00CD0EEF" w:rsidP="00564DF2">
            <w:pPr>
              <w:spacing w:after="0"/>
              <w:rPr>
                <w:rFonts w:ascii="Century Gothic" w:hAnsi="Century Gothic"/>
                <w:b/>
                <w:bCs/>
              </w:rPr>
            </w:pPr>
            <w:r w:rsidRPr="00564DF2">
              <w:rPr>
                <w:rFonts w:ascii="Century Gothic" w:hAnsi="Century Gothic"/>
                <w:b/>
                <w:bCs/>
              </w:rPr>
              <w:t>Core Knowledge</w:t>
            </w:r>
          </w:p>
        </w:tc>
        <w:tc>
          <w:tcPr>
            <w:tcW w:w="0" w:type="auto"/>
          </w:tcPr>
          <w:p w14:paraId="1C8E866C" w14:textId="77777777" w:rsidR="00575608" w:rsidRPr="00564DF2" w:rsidRDefault="00CD0EEF" w:rsidP="00564DF2">
            <w:pPr>
              <w:spacing w:after="0"/>
              <w:rPr>
                <w:rFonts w:ascii="Century Gothic" w:hAnsi="Century Gothic"/>
                <w:b/>
                <w:bCs/>
              </w:rPr>
            </w:pPr>
            <w:r w:rsidRPr="00564DF2">
              <w:rPr>
                <w:rFonts w:ascii="Century Gothic" w:hAnsi="Century Gothic"/>
                <w:b/>
                <w:bCs/>
              </w:rPr>
              <w:t>Core Skills</w:t>
            </w:r>
          </w:p>
        </w:tc>
        <w:tc>
          <w:tcPr>
            <w:tcW w:w="0" w:type="auto"/>
          </w:tcPr>
          <w:p w14:paraId="22C7A6BE" w14:textId="77777777" w:rsidR="00575608" w:rsidRPr="00564DF2" w:rsidRDefault="00CD0EEF" w:rsidP="00564DF2">
            <w:pPr>
              <w:spacing w:after="0"/>
              <w:rPr>
                <w:rFonts w:ascii="Century Gothic" w:hAnsi="Century Gothic"/>
                <w:b/>
                <w:bCs/>
              </w:rPr>
            </w:pPr>
            <w:r w:rsidRPr="00564DF2">
              <w:rPr>
                <w:rFonts w:ascii="Century Gothic" w:hAnsi="Century Gothic"/>
                <w:b/>
                <w:bCs/>
              </w:rPr>
              <w:t>Key Vocabulary</w:t>
            </w:r>
          </w:p>
        </w:tc>
      </w:tr>
      <w:tr w:rsidR="00575608" w:rsidRPr="00564DF2" w14:paraId="7EF7CDB9" w14:textId="77777777" w:rsidTr="00564DF2">
        <w:tc>
          <w:tcPr>
            <w:tcW w:w="0" w:type="auto"/>
          </w:tcPr>
          <w:p w14:paraId="250325A1" w14:textId="77777777" w:rsidR="00575608" w:rsidRPr="00564DF2" w:rsidRDefault="00CD0EEF" w:rsidP="00564DF2">
            <w:pPr>
              <w:spacing w:after="0"/>
              <w:rPr>
                <w:rFonts w:ascii="Century Gothic" w:hAnsi="Century Gothic"/>
                <w:b/>
                <w:bCs/>
              </w:rPr>
            </w:pPr>
            <w:r w:rsidRPr="00564DF2">
              <w:rPr>
                <w:rFonts w:ascii="Century Gothic" w:hAnsi="Century Gothic"/>
                <w:b/>
                <w:bCs/>
              </w:rPr>
              <w:t>1: What is history?</w:t>
            </w:r>
          </w:p>
        </w:tc>
        <w:tc>
          <w:tcPr>
            <w:tcW w:w="0" w:type="auto"/>
          </w:tcPr>
          <w:p w14:paraId="04C75AC6" w14:textId="77777777" w:rsidR="00575608" w:rsidRPr="00564DF2" w:rsidRDefault="00CD0EEF" w:rsidP="00564DF2">
            <w:pPr>
              <w:spacing w:after="0"/>
              <w:rPr>
                <w:rFonts w:ascii="Century Gothic" w:hAnsi="Century Gothic"/>
              </w:rPr>
            </w:pPr>
            <w:r w:rsidRPr="00564DF2">
              <w:rPr>
                <w:rFonts w:ascii="Century Gothic" w:hAnsi="Century Gothic"/>
              </w:rPr>
              <w:t>To understand what history means.</w:t>
            </w:r>
          </w:p>
        </w:tc>
        <w:tc>
          <w:tcPr>
            <w:tcW w:w="0" w:type="auto"/>
          </w:tcPr>
          <w:p w14:paraId="6EF203C4" w14:textId="77777777" w:rsidR="00575608" w:rsidRPr="00564DF2" w:rsidRDefault="00CD0EEF" w:rsidP="00564DF2">
            <w:pPr>
              <w:spacing w:after="0"/>
              <w:rPr>
                <w:rFonts w:ascii="Century Gothic" w:hAnsi="Century Gothic"/>
              </w:rPr>
            </w:pPr>
            <w:r w:rsidRPr="00564DF2">
              <w:rPr>
                <w:rFonts w:ascii="Century Gothic" w:hAnsi="Century Gothic"/>
              </w:rPr>
              <w:t>Know that history is the story of the past and that everyone has a personal history.</w:t>
            </w:r>
          </w:p>
        </w:tc>
        <w:tc>
          <w:tcPr>
            <w:tcW w:w="0" w:type="auto"/>
          </w:tcPr>
          <w:p w14:paraId="55876BFD" w14:textId="77777777" w:rsidR="00575608" w:rsidRPr="00564DF2" w:rsidRDefault="00CD0EEF" w:rsidP="00564DF2">
            <w:pPr>
              <w:spacing w:after="0"/>
              <w:rPr>
                <w:rFonts w:ascii="Century Gothic" w:hAnsi="Century Gothic"/>
              </w:rPr>
            </w:pPr>
            <w:r w:rsidRPr="00564DF2">
              <w:rPr>
                <w:rFonts w:ascii="Century Gothic" w:hAnsi="Century Gothic"/>
              </w:rPr>
              <w:t>Discuss personal experiences using the language of past and present.</w:t>
            </w:r>
          </w:p>
        </w:tc>
        <w:tc>
          <w:tcPr>
            <w:tcW w:w="0" w:type="auto"/>
          </w:tcPr>
          <w:p w14:paraId="4746B76E" w14:textId="77777777" w:rsidR="00575608" w:rsidRPr="00564DF2" w:rsidRDefault="00CD0EEF" w:rsidP="00564DF2">
            <w:pPr>
              <w:spacing w:after="0"/>
              <w:rPr>
                <w:rFonts w:ascii="Century Gothic" w:hAnsi="Century Gothic"/>
              </w:rPr>
            </w:pPr>
            <w:r w:rsidRPr="00564DF2">
              <w:rPr>
                <w:rFonts w:ascii="Century Gothic" w:hAnsi="Century Gothic"/>
              </w:rPr>
              <w:t>history, past, present, memory</w:t>
            </w:r>
          </w:p>
        </w:tc>
      </w:tr>
      <w:tr w:rsidR="00575608" w:rsidRPr="00564DF2" w14:paraId="127C0D4E" w14:textId="77777777" w:rsidTr="00564DF2">
        <w:tc>
          <w:tcPr>
            <w:tcW w:w="0" w:type="auto"/>
          </w:tcPr>
          <w:p w14:paraId="039C3F73" w14:textId="77777777" w:rsidR="00575608" w:rsidRPr="00564DF2" w:rsidRDefault="00CD0EEF" w:rsidP="00564DF2">
            <w:pPr>
              <w:spacing w:after="0"/>
              <w:rPr>
                <w:rFonts w:ascii="Century Gothic" w:hAnsi="Century Gothic"/>
                <w:b/>
                <w:bCs/>
              </w:rPr>
            </w:pPr>
            <w:r w:rsidRPr="00564DF2">
              <w:rPr>
                <w:rFonts w:ascii="Century Gothic" w:hAnsi="Century Gothic"/>
                <w:b/>
                <w:bCs/>
              </w:rPr>
              <w:t>2: How am I making history?</w:t>
            </w:r>
          </w:p>
        </w:tc>
        <w:tc>
          <w:tcPr>
            <w:tcW w:w="0" w:type="auto"/>
          </w:tcPr>
          <w:p w14:paraId="1C3AE164" w14:textId="77777777" w:rsidR="00575608" w:rsidRPr="00564DF2" w:rsidRDefault="00CD0EEF" w:rsidP="00564DF2">
            <w:pPr>
              <w:spacing w:after="0"/>
              <w:rPr>
                <w:rFonts w:ascii="Century Gothic" w:hAnsi="Century Gothic"/>
              </w:rPr>
            </w:pPr>
            <w:r w:rsidRPr="00564DF2">
              <w:rPr>
                <w:rFonts w:ascii="Century Gothic" w:hAnsi="Century Gothic"/>
              </w:rPr>
              <w:t>To recognise that we are all part of history.</w:t>
            </w:r>
          </w:p>
        </w:tc>
        <w:tc>
          <w:tcPr>
            <w:tcW w:w="0" w:type="auto"/>
          </w:tcPr>
          <w:p w14:paraId="19E57F2A" w14:textId="77777777" w:rsidR="00575608" w:rsidRPr="00564DF2" w:rsidRDefault="00CD0EEF" w:rsidP="00564DF2">
            <w:pPr>
              <w:spacing w:after="0"/>
              <w:rPr>
                <w:rFonts w:ascii="Century Gothic" w:hAnsi="Century Gothic"/>
              </w:rPr>
            </w:pPr>
            <w:r w:rsidRPr="00564DF2">
              <w:rPr>
                <w:rFonts w:ascii="Century Gothic" w:hAnsi="Century Gothic"/>
              </w:rPr>
              <w:t>Understand that the things we do now will be remembered in the future.</w:t>
            </w:r>
          </w:p>
        </w:tc>
        <w:tc>
          <w:tcPr>
            <w:tcW w:w="0" w:type="auto"/>
          </w:tcPr>
          <w:p w14:paraId="144C2CD3" w14:textId="77777777" w:rsidR="00575608" w:rsidRPr="00564DF2" w:rsidRDefault="00CD0EEF" w:rsidP="00564DF2">
            <w:pPr>
              <w:spacing w:after="0"/>
              <w:rPr>
                <w:rFonts w:ascii="Century Gothic" w:hAnsi="Century Gothic"/>
              </w:rPr>
            </w:pPr>
            <w:r w:rsidRPr="00564DF2">
              <w:rPr>
                <w:rFonts w:ascii="Century Gothic" w:hAnsi="Century Gothic"/>
              </w:rPr>
              <w:t>Describe personal experiences and events that might be remembered.</w:t>
            </w:r>
          </w:p>
        </w:tc>
        <w:tc>
          <w:tcPr>
            <w:tcW w:w="0" w:type="auto"/>
          </w:tcPr>
          <w:p w14:paraId="496067D4" w14:textId="77777777" w:rsidR="00575608" w:rsidRPr="00564DF2" w:rsidRDefault="00CD0EEF" w:rsidP="00564DF2">
            <w:pPr>
              <w:spacing w:after="0"/>
              <w:rPr>
                <w:rFonts w:ascii="Century Gothic" w:hAnsi="Century Gothic"/>
              </w:rPr>
            </w:pPr>
            <w:r w:rsidRPr="00564DF2">
              <w:rPr>
                <w:rFonts w:ascii="Century Gothic" w:hAnsi="Century Gothic"/>
              </w:rPr>
              <w:t>past, present, event, memory</w:t>
            </w:r>
          </w:p>
        </w:tc>
      </w:tr>
      <w:tr w:rsidR="00575608" w:rsidRPr="00564DF2" w14:paraId="027375BE" w14:textId="77777777" w:rsidTr="00564DF2">
        <w:tc>
          <w:tcPr>
            <w:tcW w:w="0" w:type="auto"/>
          </w:tcPr>
          <w:p w14:paraId="3C172248" w14:textId="77777777" w:rsidR="00575608" w:rsidRPr="00564DF2" w:rsidRDefault="00CD0EEF" w:rsidP="00564DF2">
            <w:pPr>
              <w:spacing w:after="0"/>
              <w:rPr>
                <w:rFonts w:ascii="Century Gothic" w:hAnsi="Century Gothic"/>
                <w:b/>
                <w:bCs/>
              </w:rPr>
            </w:pPr>
            <w:r w:rsidRPr="00564DF2">
              <w:rPr>
                <w:rFonts w:ascii="Century Gothic" w:hAnsi="Century Gothic"/>
                <w:b/>
                <w:bCs/>
              </w:rPr>
              <w:t>3: What can we learn from photographs?</w:t>
            </w:r>
          </w:p>
        </w:tc>
        <w:tc>
          <w:tcPr>
            <w:tcW w:w="0" w:type="auto"/>
          </w:tcPr>
          <w:p w14:paraId="5E8AFFCB" w14:textId="77777777" w:rsidR="00575608" w:rsidRPr="00564DF2" w:rsidRDefault="00CD0EEF" w:rsidP="00564DF2">
            <w:pPr>
              <w:spacing w:after="0"/>
              <w:rPr>
                <w:rFonts w:ascii="Century Gothic" w:hAnsi="Century Gothic"/>
              </w:rPr>
            </w:pPr>
            <w:r w:rsidRPr="00564DF2">
              <w:rPr>
                <w:rFonts w:ascii="Century Gothic" w:hAnsi="Century Gothic"/>
              </w:rPr>
              <w:t>To use photographs to find out about the past.</w:t>
            </w:r>
          </w:p>
        </w:tc>
        <w:tc>
          <w:tcPr>
            <w:tcW w:w="0" w:type="auto"/>
          </w:tcPr>
          <w:p w14:paraId="1583EE35" w14:textId="77777777" w:rsidR="00575608" w:rsidRPr="00564DF2" w:rsidRDefault="00CD0EEF" w:rsidP="00564DF2">
            <w:pPr>
              <w:spacing w:after="0"/>
              <w:rPr>
                <w:rFonts w:ascii="Century Gothic" w:hAnsi="Century Gothic"/>
              </w:rPr>
            </w:pPr>
            <w:r w:rsidRPr="00564DF2">
              <w:rPr>
                <w:rFonts w:ascii="Century Gothic" w:hAnsi="Century Gothic"/>
              </w:rPr>
              <w:t>Know that photographs show how people and places looked in the past.</w:t>
            </w:r>
          </w:p>
        </w:tc>
        <w:tc>
          <w:tcPr>
            <w:tcW w:w="0" w:type="auto"/>
          </w:tcPr>
          <w:p w14:paraId="01562A78" w14:textId="77777777" w:rsidR="00575608" w:rsidRPr="00564DF2" w:rsidRDefault="00CD0EEF" w:rsidP="00564DF2">
            <w:pPr>
              <w:spacing w:after="0"/>
              <w:rPr>
                <w:rFonts w:ascii="Century Gothic" w:hAnsi="Century Gothic"/>
              </w:rPr>
            </w:pPr>
            <w:r w:rsidRPr="00564DF2">
              <w:rPr>
                <w:rFonts w:ascii="Century Gothic" w:hAnsi="Century Gothic"/>
              </w:rPr>
              <w:t>Compare old and new photographs to identify changes over time.</w:t>
            </w:r>
          </w:p>
        </w:tc>
        <w:tc>
          <w:tcPr>
            <w:tcW w:w="0" w:type="auto"/>
          </w:tcPr>
          <w:p w14:paraId="61A7EE72" w14:textId="77777777" w:rsidR="00575608" w:rsidRPr="00564DF2" w:rsidRDefault="00CD0EEF" w:rsidP="00564DF2">
            <w:pPr>
              <w:spacing w:after="0"/>
              <w:rPr>
                <w:rFonts w:ascii="Century Gothic" w:hAnsi="Century Gothic"/>
              </w:rPr>
            </w:pPr>
            <w:r w:rsidRPr="00564DF2">
              <w:rPr>
                <w:rFonts w:ascii="Century Gothic" w:hAnsi="Century Gothic"/>
              </w:rPr>
              <w:t>photograph, change, old, new, evidence</w:t>
            </w:r>
          </w:p>
        </w:tc>
      </w:tr>
      <w:tr w:rsidR="00575608" w:rsidRPr="00564DF2" w14:paraId="11990883" w14:textId="77777777" w:rsidTr="00564DF2">
        <w:tc>
          <w:tcPr>
            <w:tcW w:w="0" w:type="auto"/>
          </w:tcPr>
          <w:p w14:paraId="2278AF4D" w14:textId="77777777" w:rsidR="00575608" w:rsidRPr="00564DF2" w:rsidRDefault="00CD0EEF" w:rsidP="00564DF2">
            <w:pPr>
              <w:spacing w:after="0"/>
              <w:rPr>
                <w:rFonts w:ascii="Century Gothic" w:hAnsi="Century Gothic"/>
                <w:b/>
                <w:bCs/>
              </w:rPr>
            </w:pPr>
            <w:r w:rsidRPr="00564DF2">
              <w:rPr>
                <w:rFonts w:ascii="Century Gothic" w:hAnsi="Century Gothic"/>
                <w:b/>
                <w:bCs/>
              </w:rPr>
              <w:t>4: How has my life changed since I was a baby?</w:t>
            </w:r>
          </w:p>
        </w:tc>
        <w:tc>
          <w:tcPr>
            <w:tcW w:w="0" w:type="auto"/>
          </w:tcPr>
          <w:p w14:paraId="0AE9D613" w14:textId="77777777" w:rsidR="00575608" w:rsidRPr="00564DF2" w:rsidRDefault="00CD0EEF" w:rsidP="00564DF2">
            <w:pPr>
              <w:spacing w:after="0"/>
              <w:rPr>
                <w:rFonts w:ascii="Century Gothic" w:hAnsi="Century Gothic"/>
              </w:rPr>
            </w:pPr>
            <w:r w:rsidRPr="00564DF2">
              <w:rPr>
                <w:rFonts w:ascii="Century Gothic" w:hAnsi="Century Gothic"/>
              </w:rPr>
              <w:t>To sequence events in their own lives.</w:t>
            </w:r>
          </w:p>
        </w:tc>
        <w:tc>
          <w:tcPr>
            <w:tcW w:w="0" w:type="auto"/>
          </w:tcPr>
          <w:p w14:paraId="47C64AC1" w14:textId="77777777" w:rsidR="00575608" w:rsidRPr="00564DF2" w:rsidRDefault="00CD0EEF" w:rsidP="00564DF2">
            <w:pPr>
              <w:spacing w:after="0"/>
              <w:rPr>
                <w:rFonts w:ascii="Century Gothic" w:hAnsi="Century Gothic"/>
              </w:rPr>
            </w:pPr>
            <w:r w:rsidRPr="00564DF2">
              <w:rPr>
                <w:rFonts w:ascii="Century Gothic" w:hAnsi="Century Gothic"/>
              </w:rPr>
              <w:t>Know that people grow and change over time.</w:t>
            </w:r>
          </w:p>
        </w:tc>
        <w:tc>
          <w:tcPr>
            <w:tcW w:w="0" w:type="auto"/>
          </w:tcPr>
          <w:p w14:paraId="1D2E9C44" w14:textId="77777777" w:rsidR="00575608" w:rsidRPr="00564DF2" w:rsidRDefault="00CD0EEF" w:rsidP="00564DF2">
            <w:pPr>
              <w:spacing w:after="0"/>
              <w:rPr>
                <w:rFonts w:ascii="Century Gothic" w:hAnsi="Century Gothic"/>
              </w:rPr>
            </w:pPr>
            <w:r w:rsidRPr="00564DF2">
              <w:rPr>
                <w:rFonts w:ascii="Century Gothic" w:hAnsi="Century Gothic"/>
              </w:rPr>
              <w:t>Sequence photographs and events in chronological order.</w:t>
            </w:r>
          </w:p>
        </w:tc>
        <w:tc>
          <w:tcPr>
            <w:tcW w:w="0" w:type="auto"/>
          </w:tcPr>
          <w:p w14:paraId="202DA17D" w14:textId="77777777" w:rsidR="00575608" w:rsidRPr="00564DF2" w:rsidRDefault="00CD0EEF" w:rsidP="00564DF2">
            <w:pPr>
              <w:spacing w:after="0"/>
              <w:rPr>
                <w:rFonts w:ascii="Century Gothic" w:hAnsi="Century Gothic"/>
              </w:rPr>
            </w:pPr>
            <w:r w:rsidRPr="00564DF2">
              <w:rPr>
                <w:rFonts w:ascii="Century Gothic" w:hAnsi="Century Gothic"/>
              </w:rPr>
              <w:t>baby, now, then, grow, change</w:t>
            </w:r>
          </w:p>
        </w:tc>
      </w:tr>
      <w:tr w:rsidR="00575608" w:rsidRPr="00564DF2" w14:paraId="3D503C6B" w14:textId="77777777" w:rsidTr="00564DF2">
        <w:tc>
          <w:tcPr>
            <w:tcW w:w="0" w:type="auto"/>
          </w:tcPr>
          <w:p w14:paraId="36E843BC" w14:textId="77777777" w:rsidR="00575608" w:rsidRPr="00564DF2" w:rsidRDefault="00CD0EEF" w:rsidP="00564DF2">
            <w:pPr>
              <w:spacing w:after="0"/>
              <w:rPr>
                <w:rFonts w:ascii="Century Gothic" w:hAnsi="Century Gothic"/>
                <w:b/>
                <w:bCs/>
              </w:rPr>
            </w:pPr>
            <w:r w:rsidRPr="00564DF2">
              <w:rPr>
                <w:rFonts w:ascii="Century Gothic" w:hAnsi="Century Gothic"/>
                <w:b/>
                <w:bCs/>
              </w:rPr>
              <w:t>5: How do we remember special events?</w:t>
            </w:r>
          </w:p>
        </w:tc>
        <w:tc>
          <w:tcPr>
            <w:tcW w:w="0" w:type="auto"/>
          </w:tcPr>
          <w:p w14:paraId="077B5B57" w14:textId="77777777" w:rsidR="00575608" w:rsidRPr="00564DF2" w:rsidRDefault="00CD0EEF" w:rsidP="00564DF2">
            <w:pPr>
              <w:spacing w:after="0"/>
              <w:rPr>
                <w:rFonts w:ascii="Century Gothic" w:hAnsi="Century Gothic"/>
              </w:rPr>
            </w:pPr>
            <w:r w:rsidRPr="00564DF2">
              <w:rPr>
                <w:rFonts w:ascii="Century Gothic" w:hAnsi="Century Gothic"/>
              </w:rPr>
              <w:t>To identify and describe a significant personal or local event.</w:t>
            </w:r>
          </w:p>
        </w:tc>
        <w:tc>
          <w:tcPr>
            <w:tcW w:w="0" w:type="auto"/>
          </w:tcPr>
          <w:p w14:paraId="226BDC7E" w14:textId="77777777" w:rsidR="00575608" w:rsidRPr="00564DF2" w:rsidRDefault="00CD0EEF" w:rsidP="00564DF2">
            <w:pPr>
              <w:spacing w:after="0"/>
              <w:rPr>
                <w:rFonts w:ascii="Century Gothic" w:hAnsi="Century Gothic"/>
              </w:rPr>
            </w:pPr>
            <w:r w:rsidRPr="00564DF2">
              <w:rPr>
                <w:rFonts w:ascii="Century Gothic" w:hAnsi="Century Gothic"/>
              </w:rPr>
              <w:t>Understand how events like birthdays or festivals are remembered.</w:t>
            </w:r>
          </w:p>
        </w:tc>
        <w:tc>
          <w:tcPr>
            <w:tcW w:w="0" w:type="auto"/>
          </w:tcPr>
          <w:p w14:paraId="1EF696FB" w14:textId="77777777" w:rsidR="00575608" w:rsidRPr="00564DF2" w:rsidRDefault="00CD0EEF" w:rsidP="00564DF2">
            <w:pPr>
              <w:spacing w:after="0"/>
              <w:rPr>
                <w:rFonts w:ascii="Century Gothic" w:hAnsi="Century Gothic"/>
              </w:rPr>
            </w:pPr>
            <w:r w:rsidRPr="00564DF2">
              <w:rPr>
                <w:rFonts w:ascii="Century Gothic" w:hAnsi="Century Gothic"/>
              </w:rPr>
              <w:t>Describe how we celebrate and remember special occasions.</w:t>
            </w:r>
          </w:p>
        </w:tc>
        <w:tc>
          <w:tcPr>
            <w:tcW w:w="0" w:type="auto"/>
          </w:tcPr>
          <w:p w14:paraId="750AE06A" w14:textId="77777777" w:rsidR="00575608" w:rsidRPr="00564DF2" w:rsidRDefault="00CD0EEF" w:rsidP="00564DF2">
            <w:pPr>
              <w:spacing w:after="0"/>
              <w:rPr>
                <w:rFonts w:ascii="Century Gothic" w:hAnsi="Century Gothic"/>
              </w:rPr>
            </w:pPr>
            <w:r w:rsidRPr="00564DF2">
              <w:rPr>
                <w:rFonts w:ascii="Century Gothic" w:hAnsi="Century Gothic"/>
              </w:rPr>
              <w:t>celebration, memory, special, event, tradition</w:t>
            </w:r>
          </w:p>
        </w:tc>
      </w:tr>
      <w:tr w:rsidR="00575608" w:rsidRPr="00564DF2" w14:paraId="7502A1F3" w14:textId="77777777" w:rsidTr="00564DF2">
        <w:tc>
          <w:tcPr>
            <w:tcW w:w="0" w:type="auto"/>
          </w:tcPr>
          <w:p w14:paraId="4A2A9CBA" w14:textId="77777777" w:rsidR="00575608" w:rsidRPr="00564DF2" w:rsidRDefault="00CD0EEF" w:rsidP="00564DF2">
            <w:pPr>
              <w:spacing w:after="0"/>
              <w:rPr>
                <w:rFonts w:ascii="Century Gothic" w:hAnsi="Century Gothic"/>
                <w:b/>
                <w:bCs/>
              </w:rPr>
            </w:pPr>
            <w:r w:rsidRPr="00564DF2">
              <w:rPr>
                <w:rFonts w:ascii="Century Gothic" w:hAnsi="Century Gothic"/>
                <w:b/>
                <w:bCs/>
              </w:rPr>
              <w:t>6: How will people remember me?</w:t>
            </w:r>
          </w:p>
        </w:tc>
        <w:tc>
          <w:tcPr>
            <w:tcW w:w="0" w:type="auto"/>
          </w:tcPr>
          <w:p w14:paraId="5FCB6CD3" w14:textId="77777777" w:rsidR="00575608" w:rsidRPr="00564DF2" w:rsidRDefault="00CD0EEF" w:rsidP="00564DF2">
            <w:pPr>
              <w:spacing w:after="0"/>
              <w:rPr>
                <w:rFonts w:ascii="Century Gothic" w:hAnsi="Century Gothic"/>
              </w:rPr>
            </w:pPr>
            <w:r w:rsidRPr="00564DF2">
              <w:rPr>
                <w:rFonts w:ascii="Century Gothic" w:hAnsi="Century Gothic"/>
              </w:rPr>
              <w:t>To understand that memories and artefacts tell stories about people.</w:t>
            </w:r>
          </w:p>
        </w:tc>
        <w:tc>
          <w:tcPr>
            <w:tcW w:w="0" w:type="auto"/>
          </w:tcPr>
          <w:p w14:paraId="1A1AD204" w14:textId="77777777" w:rsidR="00575608" w:rsidRPr="00564DF2" w:rsidRDefault="00CD0EEF" w:rsidP="00564DF2">
            <w:pPr>
              <w:spacing w:after="0"/>
              <w:rPr>
                <w:rFonts w:ascii="Century Gothic" w:hAnsi="Century Gothic"/>
              </w:rPr>
            </w:pPr>
            <w:r w:rsidRPr="00564DF2">
              <w:rPr>
                <w:rFonts w:ascii="Century Gothic" w:hAnsi="Century Gothic"/>
              </w:rPr>
              <w:t>Know that personal items and stories can help others learn about our lives.</w:t>
            </w:r>
          </w:p>
        </w:tc>
        <w:tc>
          <w:tcPr>
            <w:tcW w:w="0" w:type="auto"/>
          </w:tcPr>
          <w:p w14:paraId="11F7A47E" w14:textId="77777777" w:rsidR="00575608" w:rsidRPr="00564DF2" w:rsidRDefault="00CD0EEF" w:rsidP="00564DF2">
            <w:pPr>
              <w:spacing w:after="0"/>
              <w:rPr>
                <w:rFonts w:ascii="Century Gothic" w:hAnsi="Century Gothic"/>
              </w:rPr>
            </w:pPr>
            <w:r w:rsidRPr="00564DF2">
              <w:rPr>
                <w:rFonts w:ascii="Century Gothic" w:hAnsi="Century Gothic"/>
              </w:rPr>
              <w:t>Choose and describe an object that represents themselves for a class time capsule.</w:t>
            </w:r>
          </w:p>
        </w:tc>
        <w:tc>
          <w:tcPr>
            <w:tcW w:w="0" w:type="auto"/>
          </w:tcPr>
          <w:p w14:paraId="646E42B9" w14:textId="77777777" w:rsidR="00575608" w:rsidRPr="00564DF2" w:rsidRDefault="00CD0EEF" w:rsidP="00564DF2">
            <w:pPr>
              <w:spacing w:after="0"/>
              <w:rPr>
                <w:rFonts w:ascii="Century Gothic" w:hAnsi="Century Gothic"/>
              </w:rPr>
            </w:pPr>
            <w:r w:rsidRPr="00564DF2">
              <w:rPr>
                <w:rFonts w:ascii="Century Gothic" w:hAnsi="Century Gothic"/>
              </w:rPr>
              <w:t>artefact, memory, object, remember</w:t>
            </w:r>
          </w:p>
        </w:tc>
      </w:tr>
    </w:tbl>
    <w:p w14:paraId="1C7DEB69" w14:textId="77777777" w:rsidR="00564DF2" w:rsidRDefault="00564DF2" w:rsidP="00564DF2">
      <w:pPr>
        <w:spacing w:after="0"/>
        <w:rPr>
          <w:rFonts w:ascii="Century Gothic" w:hAnsi="Century Gothic"/>
        </w:rPr>
      </w:pPr>
    </w:p>
    <w:p w14:paraId="598E6191" w14:textId="77777777" w:rsidR="00564DF2" w:rsidRDefault="00564DF2" w:rsidP="00564DF2">
      <w:pPr>
        <w:spacing w:after="0"/>
        <w:rPr>
          <w:rFonts w:ascii="Century Gothic" w:hAnsi="Century Gothic"/>
        </w:rPr>
      </w:pPr>
    </w:p>
    <w:p w14:paraId="68F52542" w14:textId="77777777" w:rsidR="00564DF2" w:rsidRDefault="00564DF2" w:rsidP="00564DF2">
      <w:pPr>
        <w:spacing w:after="0"/>
        <w:rPr>
          <w:rFonts w:ascii="Century Gothic" w:hAnsi="Century Gothic"/>
        </w:rPr>
      </w:pPr>
    </w:p>
    <w:p w14:paraId="010BD2F4" w14:textId="4641E4D9" w:rsidR="00575608" w:rsidRDefault="00CD0EEF" w:rsidP="00564DF2">
      <w:pPr>
        <w:spacing w:after="0"/>
        <w:rPr>
          <w:rFonts w:ascii="Century Gothic" w:hAnsi="Century Gothic"/>
          <w:b/>
          <w:bCs/>
          <w:color w:val="0070C0"/>
        </w:rPr>
      </w:pPr>
      <w:r w:rsidRPr="00564DF2">
        <w:rPr>
          <w:rFonts w:ascii="Century Gothic" w:hAnsi="Century Gothic"/>
          <w:b/>
          <w:bCs/>
          <w:color w:val="0070C0"/>
        </w:rPr>
        <w:t>How did we learn to fly?</w:t>
      </w:r>
    </w:p>
    <w:p w14:paraId="67E4294E" w14:textId="77777777" w:rsidR="00564DF2" w:rsidRPr="00564DF2" w:rsidRDefault="00564DF2" w:rsidP="00564DF2">
      <w:pPr>
        <w:spacing w:after="0"/>
        <w:rPr>
          <w:rFonts w:ascii="Century Gothic" w:hAnsi="Century Gothic"/>
          <w:b/>
          <w:bCs/>
          <w:color w:val="0070C0"/>
        </w:rPr>
      </w:pPr>
    </w:p>
    <w:p w14:paraId="3DA88EDE" w14:textId="77777777" w:rsidR="00575608" w:rsidRDefault="00CD0EEF" w:rsidP="00564DF2">
      <w:pPr>
        <w:spacing w:after="0"/>
        <w:rPr>
          <w:rFonts w:ascii="Century Gothic" w:hAnsi="Century Gothic"/>
        </w:rPr>
      </w:pPr>
      <w:r w:rsidRPr="00564DF2">
        <w:rPr>
          <w:rFonts w:ascii="Century Gothic" w:hAnsi="Century Gothic"/>
        </w:rPr>
        <w:t>Year 2 History Unit: Pupils learn about the development of flight and significant individuals who made it possible. They explore how air travel has changed over time and why certain people are remembered for their contributions.</w:t>
      </w:r>
      <w:r w:rsidRPr="00564DF2">
        <w:rPr>
          <w:rFonts w:ascii="Century Gothic" w:hAnsi="Century Gothic"/>
        </w:rPr>
        <w:br/>
      </w:r>
      <w:r w:rsidRPr="00564DF2">
        <w:rPr>
          <w:rFonts w:ascii="Century Gothic" w:hAnsi="Century Gothic"/>
        </w:rPr>
        <w:br/>
        <w:t>Prior learning: How was school different in the past?</w:t>
      </w:r>
      <w:r w:rsidRPr="00564DF2">
        <w:rPr>
          <w:rFonts w:ascii="Century Gothic" w:hAnsi="Century Gothic"/>
        </w:rPr>
        <w:br/>
        <w:t>Suggested next steps: What is a monarch?</w:t>
      </w:r>
    </w:p>
    <w:p w14:paraId="507749BA" w14:textId="77777777" w:rsidR="00564DF2" w:rsidRPr="00564DF2" w:rsidRDefault="00564DF2" w:rsidP="00564DF2">
      <w:pPr>
        <w:spacing w:after="0"/>
        <w:rPr>
          <w:rFonts w:ascii="Century Gothic" w:hAnsi="Century Gothi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4"/>
        <w:gridCol w:w="2874"/>
        <w:gridCol w:w="3436"/>
        <w:gridCol w:w="3115"/>
        <w:gridCol w:w="2427"/>
      </w:tblGrid>
      <w:tr w:rsidR="00575608" w:rsidRPr="00564DF2" w14:paraId="2747822E" w14:textId="77777777" w:rsidTr="00564DF2">
        <w:trPr>
          <w:jc w:val="center"/>
        </w:trPr>
        <w:tc>
          <w:tcPr>
            <w:tcW w:w="0" w:type="auto"/>
          </w:tcPr>
          <w:p w14:paraId="067DA548"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Lesson</w:t>
            </w:r>
          </w:p>
        </w:tc>
        <w:tc>
          <w:tcPr>
            <w:tcW w:w="0" w:type="auto"/>
          </w:tcPr>
          <w:p w14:paraId="1D3A76CD"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Learning Objectives</w:t>
            </w:r>
          </w:p>
        </w:tc>
        <w:tc>
          <w:tcPr>
            <w:tcW w:w="0" w:type="auto"/>
          </w:tcPr>
          <w:p w14:paraId="66EC606D"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Core Knowledge</w:t>
            </w:r>
          </w:p>
        </w:tc>
        <w:tc>
          <w:tcPr>
            <w:tcW w:w="0" w:type="auto"/>
          </w:tcPr>
          <w:p w14:paraId="153C1A28"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Core Skills</w:t>
            </w:r>
          </w:p>
        </w:tc>
        <w:tc>
          <w:tcPr>
            <w:tcW w:w="0" w:type="auto"/>
          </w:tcPr>
          <w:p w14:paraId="3DC41ADE"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Key Vocabulary</w:t>
            </w:r>
          </w:p>
        </w:tc>
      </w:tr>
      <w:tr w:rsidR="00575608" w:rsidRPr="00564DF2" w14:paraId="748A6CBF" w14:textId="77777777" w:rsidTr="00564DF2">
        <w:trPr>
          <w:jc w:val="center"/>
        </w:trPr>
        <w:tc>
          <w:tcPr>
            <w:tcW w:w="0" w:type="auto"/>
          </w:tcPr>
          <w:p w14:paraId="7D59D5C8" w14:textId="77777777" w:rsidR="00575608" w:rsidRPr="00564DF2" w:rsidRDefault="00CD0EEF" w:rsidP="00564DF2">
            <w:pPr>
              <w:spacing w:after="0"/>
              <w:rPr>
                <w:rFonts w:ascii="Century Gothic" w:hAnsi="Century Gothic"/>
                <w:b/>
                <w:bCs/>
              </w:rPr>
            </w:pPr>
            <w:r w:rsidRPr="00564DF2">
              <w:rPr>
                <w:rFonts w:ascii="Century Gothic" w:hAnsi="Century Gothic"/>
                <w:b/>
                <w:bCs/>
              </w:rPr>
              <w:t>1: What could humans do before we learned to fly?</w:t>
            </w:r>
          </w:p>
        </w:tc>
        <w:tc>
          <w:tcPr>
            <w:tcW w:w="0" w:type="auto"/>
          </w:tcPr>
          <w:p w14:paraId="7A6B46E6" w14:textId="77777777" w:rsidR="00575608" w:rsidRPr="00564DF2" w:rsidRDefault="00CD0EEF" w:rsidP="00564DF2">
            <w:pPr>
              <w:spacing w:after="0"/>
              <w:rPr>
                <w:rFonts w:ascii="Century Gothic" w:hAnsi="Century Gothic"/>
              </w:rPr>
            </w:pPr>
            <w:r w:rsidRPr="00564DF2">
              <w:rPr>
                <w:rFonts w:ascii="Century Gothic" w:hAnsi="Century Gothic"/>
              </w:rPr>
              <w:t>To know how people travelled before flight was invented.</w:t>
            </w:r>
          </w:p>
        </w:tc>
        <w:tc>
          <w:tcPr>
            <w:tcW w:w="0" w:type="auto"/>
          </w:tcPr>
          <w:p w14:paraId="008BDF78" w14:textId="77777777" w:rsidR="00575608" w:rsidRPr="00564DF2" w:rsidRDefault="00CD0EEF" w:rsidP="00564DF2">
            <w:pPr>
              <w:spacing w:after="0"/>
              <w:rPr>
                <w:rFonts w:ascii="Century Gothic" w:hAnsi="Century Gothic"/>
              </w:rPr>
            </w:pPr>
            <w:r w:rsidRPr="00564DF2">
              <w:rPr>
                <w:rFonts w:ascii="Century Gothic" w:hAnsi="Century Gothic"/>
              </w:rPr>
              <w:t>Understand that people used land and sea transport before flight existed.</w:t>
            </w:r>
          </w:p>
        </w:tc>
        <w:tc>
          <w:tcPr>
            <w:tcW w:w="0" w:type="auto"/>
          </w:tcPr>
          <w:p w14:paraId="1108A017" w14:textId="77777777" w:rsidR="00575608" w:rsidRPr="00564DF2" w:rsidRDefault="00CD0EEF" w:rsidP="00564DF2">
            <w:pPr>
              <w:spacing w:after="0"/>
              <w:rPr>
                <w:rFonts w:ascii="Century Gothic" w:hAnsi="Century Gothic"/>
              </w:rPr>
            </w:pPr>
            <w:r w:rsidRPr="00564DF2">
              <w:rPr>
                <w:rFonts w:ascii="Century Gothic" w:hAnsi="Century Gothic"/>
              </w:rPr>
              <w:t>Identify different forms of transport and describe how they worked.</w:t>
            </w:r>
          </w:p>
        </w:tc>
        <w:tc>
          <w:tcPr>
            <w:tcW w:w="0" w:type="auto"/>
          </w:tcPr>
          <w:p w14:paraId="12F24D41" w14:textId="77777777" w:rsidR="00575608" w:rsidRPr="00564DF2" w:rsidRDefault="00CD0EEF" w:rsidP="00564DF2">
            <w:pPr>
              <w:spacing w:after="0"/>
              <w:rPr>
                <w:rFonts w:ascii="Century Gothic" w:hAnsi="Century Gothic"/>
              </w:rPr>
            </w:pPr>
            <w:r w:rsidRPr="00564DF2">
              <w:rPr>
                <w:rFonts w:ascii="Century Gothic" w:hAnsi="Century Gothic"/>
              </w:rPr>
              <w:t>transport, travel, invention, past, present</w:t>
            </w:r>
          </w:p>
        </w:tc>
      </w:tr>
      <w:tr w:rsidR="00575608" w:rsidRPr="00564DF2" w14:paraId="7BC3BF9F" w14:textId="77777777" w:rsidTr="00564DF2">
        <w:trPr>
          <w:jc w:val="center"/>
        </w:trPr>
        <w:tc>
          <w:tcPr>
            <w:tcW w:w="0" w:type="auto"/>
          </w:tcPr>
          <w:p w14:paraId="7D7AD16F" w14:textId="77777777" w:rsidR="00575608" w:rsidRPr="00564DF2" w:rsidRDefault="00CD0EEF" w:rsidP="00564DF2">
            <w:pPr>
              <w:spacing w:after="0"/>
              <w:rPr>
                <w:rFonts w:ascii="Century Gothic" w:hAnsi="Century Gothic"/>
                <w:b/>
                <w:bCs/>
              </w:rPr>
            </w:pPr>
            <w:r w:rsidRPr="00564DF2">
              <w:rPr>
                <w:rFonts w:ascii="Century Gothic" w:hAnsi="Century Gothic"/>
                <w:b/>
                <w:bCs/>
              </w:rPr>
              <w:t>2: Who were the first people to fly?</w:t>
            </w:r>
          </w:p>
        </w:tc>
        <w:tc>
          <w:tcPr>
            <w:tcW w:w="0" w:type="auto"/>
          </w:tcPr>
          <w:p w14:paraId="6BC18316" w14:textId="77777777" w:rsidR="00575608" w:rsidRPr="00564DF2" w:rsidRDefault="00CD0EEF" w:rsidP="00564DF2">
            <w:pPr>
              <w:spacing w:after="0"/>
              <w:rPr>
                <w:rFonts w:ascii="Century Gothic" w:hAnsi="Century Gothic"/>
              </w:rPr>
            </w:pPr>
            <w:r w:rsidRPr="00564DF2">
              <w:rPr>
                <w:rFonts w:ascii="Century Gothic" w:hAnsi="Century Gothic"/>
              </w:rPr>
              <w:t>To learn about the first attempts at flight.</w:t>
            </w:r>
          </w:p>
        </w:tc>
        <w:tc>
          <w:tcPr>
            <w:tcW w:w="0" w:type="auto"/>
          </w:tcPr>
          <w:p w14:paraId="79CED541" w14:textId="77777777" w:rsidR="00575608" w:rsidRPr="00564DF2" w:rsidRDefault="00CD0EEF" w:rsidP="00564DF2">
            <w:pPr>
              <w:spacing w:after="0"/>
              <w:rPr>
                <w:rFonts w:ascii="Century Gothic" w:hAnsi="Century Gothic"/>
              </w:rPr>
            </w:pPr>
            <w:r w:rsidRPr="00564DF2">
              <w:rPr>
                <w:rFonts w:ascii="Century Gothic" w:hAnsi="Century Gothic"/>
              </w:rPr>
              <w:t>Know that the Wright brothers invented and flew the first powered aircraft in 1903.</w:t>
            </w:r>
          </w:p>
        </w:tc>
        <w:tc>
          <w:tcPr>
            <w:tcW w:w="0" w:type="auto"/>
          </w:tcPr>
          <w:p w14:paraId="0ED81EF8" w14:textId="77777777" w:rsidR="00575608" w:rsidRPr="00564DF2" w:rsidRDefault="00CD0EEF" w:rsidP="00564DF2">
            <w:pPr>
              <w:spacing w:after="0"/>
              <w:rPr>
                <w:rFonts w:ascii="Century Gothic" w:hAnsi="Century Gothic"/>
              </w:rPr>
            </w:pPr>
            <w:r w:rsidRPr="00564DF2">
              <w:rPr>
                <w:rFonts w:ascii="Century Gothic" w:hAnsi="Century Gothic"/>
              </w:rPr>
              <w:t>Sequence events and identify key facts about the Wright brothers.</w:t>
            </w:r>
          </w:p>
        </w:tc>
        <w:tc>
          <w:tcPr>
            <w:tcW w:w="0" w:type="auto"/>
          </w:tcPr>
          <w:p w14:paraId="1428C96B" w14:textId="77777777" w:rsidR="00575608" w:rsidRPr="00564DF2" w:rsidRDefault="00CD0EEF" w:rsidP="00564DF2">
            <w:pPr>
              <w:spacing w:after="0"/>
              <w:rPr>
                <w:rFonts w:ascii="Century Gothic" w:hAnsi="Century Gothic"/>
              </w:rPr>
            </w:pPr>
            <w:r w:rsidRPr="00564DF2">
              <w:rPr>
                <w:rFonts w:ascii="Century Gothic" w:hAnsi="Century Gothic"/>
              </w:rPr>
              <w:t>Wright brothers, aircraft, invention, flight, engine</w:t>
            </w:r>
          </w:p>
        </w:tc>
      </w:tr>
      <w:tr w:rsidR="00575608" w:rsidRPr="00564DF2" w14:paraId="260CADB3" w14:textId="77777777" w:rsidTr="00564DF2">
        <w:trPr>
          <w:jc w:val="center"/>
        </w:trPr>
        <w:tc>
          <w:tcPr>
            <w:tcW w:w="0" w:type="auto"/>
          </w:tcPr>
          <w:p w14:paraId="1F9B27FB" w14:textId="77777777" w:rsidR="00575608" w:rsidRPr="00564DF2" w:rsidRDefault="00CD0EEF" w:rsidP="00564DF2">
            <w:pPr>
              <w:spacing w:after="0"/>
              <w:rPr>
                <w:rFonts w:ascii="Century Gothic" w:hAnsi="Century Gothic"/>
                <w:b/>
                <w:bCs/>
              </w:rPr>
            </w:pPr>
            <w:r w:rsidRPr="00564DF2">
              <w:rPr>
                <w:rFonts w:ascii="Century Gothic" w:hAnsi="Century Gothic"/>
                <w:b/>
                <w:bCs/>
              </w:rPr>
              <w:t>3: Who was Amelia Earhart?</w:t>
            </w:r>
          </w:p>
        </w:tc>
        <w:tc>
          <w:tcPr>
            <w:tcW w:w="0" w:type="auto"/>
          </w:tcPr>
          <w:p w14:paraId="1E598D58" w14:textId="77777777" w:rsidR="00575608" w:rsidRPr="00564DF2" w:rsidRDefault="00CD0EEF" w:rsidP="00564DF2">
            <w:pPr>
              <w:spacing w:after="0"/>
              <w:rPr>
                <w:rFonts w:ascii="Century Gothic" w:hAnsi="Century Gothic"/>
              </w:rPr>
            </w:pPr>
            <w:r w:rsidRPr="00564DF2">
              <w:rPr>
                <w:rFonts w:ascii="Century Gothic" w:hAnsi="Century Gothic"/>
              </w:rPr>
              <w:t>To understand the achievements of Amelia Earhart.</w:t>
            </w:r>
          </w:p>
        </w:tc>
        <w:tc>
          <w:tcPr>
            <w:tcW w:w="0" w:type="auto"/>
          </w:tcPr>
          <w:p w14:paraId="6C90358B" w14:textId="77777777" w:rsidR="00575608" w:rsidRPr="00564DF2" w:rsidRDefault="00CD0EEF" w:rsidP="00564DF2">
            <w:pPr>
              <w:spacing w:after="0"/>
              <w:rPr>
                <w:rFonts w:ascii="Century Gothic" w:hAnsi="Century Gothic"/>
              </w:rPr>
            </w:pPr>
            <w:r w:rsidRPr="00564DF2">
              <w:rPr>
                <w:rFonts w:ascii="Century Gothic" w:hAnsi="Century Gothic"/>
              </w:rPr>
              <w:t>Know that Amelia Earhart was the first woman to fly solo across the Atlantic Ocean.</w:t>
            </w:r>
          </w:p>
        </w:tc>
        <w:tc>
          <w:tcPr>
            <w:tcW w:w="0" w:type="auto"/>
          </w:tcPr>
          <w:p w14:paraId="736307C2" w14:textId="77777777" w:rsidR="00575608" w:rsidRPr="00564DF2" w:rsidRDefault="00CD0EEF" w:rsidP="00564DF2">
            <w:pPr>
              <w:spacing w:after="0"/>
              <w:rPr>
                <w:rFonts w:ascii="Century Gothic" w:hAnsi="Century Gothic"/>
              </w:rPr>
            </w:pPr>
            <w:r w:rsidRPr="00564DF2">
              <w:rPr>
                <w:rFonts w:ascii="Century Gothic" w:hAnsi="Century Gothic"/>
              </w:rPr>
              <w:t>Describe her achievements and discuss challenges she faced.</w:t>
            </w:r>
          </w:p>
        </w:tc>
        <w:tc>
          <w:tcPr>
            <w:tcW w:w="0" w:type="auto"/>
          </w:tcPr>
          <w:p w14:paraId="392D9DD4" w14:textId="77777777" w:rsidR="00575608" w:rsidRPr="00564DF2" w:rsidRDefault="00CD0EEF" w:rsidP="00564DF2">
            <w:pPr>
              <w:spacing w:after="0"/>
              <w:rPr>
                <w:rFonts w:ascii="Century Gothic" w:hAnsi="Century Gothic"/>
              </w:rPr>
            </w:pPr>
            <w:r w:rsidRPr="00564DF2">
              <w:rPr>
                <w:rFonts w:ascii="Century Gothic" w:hAnsi="Century Gothic"/>
              </w:rPr>
              <w:t>Amelia Earhart, pilot, Atlantic, explorer, courage</w:t>
            </w:r>
          </w:p>
        </w:tc>
      </w:tr>
      <w:tr w:rsidR="00575608" w:rsidRPr="00564DF2" w14:paraId="648AE8AE" w14:textId="77777777" w:rsidTr="00564DF2">
        <w:trPr>
          <w:jc w:val="center"/>
        </w:trPr>
        <w:tc>
          <w:tcPr>
            <w:tcW w:w="0" w:type="auto"/>
          </w:tcPr>
          <w:p w14:paraId="4F708424" w14:textId="77777777" w:rsidR="00575608" w:rsidRPr="00564DF2" w:rsidRDefault="00CD0EEF" w:rsidP="00564DF2">
            <w:pPr>
              <w:spacing w:after="0"/>
              <w:rPr>
                <w:rFonts w:ascii="Century Gothic" w:hAnsi="Century Gothic"/>
                <w:b/>
                <w:bCs/>
              </w:rPr>
            </w:pPr>
            <w:r w:rsidRPr="00564DF2">
              <w:rPr>
                <w:rFonts w:ascii="Century Gothic" w:hAnsi="Century Gothic"/>
                <w:b/>
                <w:bCs/>
              </w:rPr>
              <w:t>4: How has flight changed over time?</w:t>
            </w:r>
          </w:p>
        </w:tc>
        <w:tc>
          <w:tcPr>
            <w:tcW w:w="0" w:type="auto"/>
          </w:tcPr>
          <w:p w14:paraId="2A8A4A4C" w14:textId="77777777" w:rsidR="00575608" w:rsidRPr="00564DF2" w:rsidRDefault="00CD0EEF" w:rsidP="00564DF2">
            <w:pPr>
              <w:spacing w:after="0"/>
              <w:rPr>
                <w:rFonts w:ascii="Century Gothic" w:hAnsi="Century Gothic"/>
              </w:rPr>
            </w:pPr>
            <w:r w:rsidRPr="00564DF2">
              <w:rPr>
                <w:rFonts w:ascii="Century Gothic" w:hAnsi="Century Gothic"/>
              </w:rPr>
              <w:t>To recognise changes and continuities in air travel.</w:t>
            </w:r>
          </w:p>
        </w:tc>
        <w:tc>
          <w:tcPr>
            <w:tcW w:w="0" w:type="auto"/>
          </w:tcPr>
          <w:p w14:paraId="16510AB2" w14:textId="77777777" w:rsidR="00575608" w:rsidRPr="00564DF2" w:rsidRDefault="00CD0EEF" w:rsidP="00564DF2">
            <w:pPr>
              <w:spacing w:after="0"/>
              <w:rPr>
                <w:rFonts w:ascii="Century Gothic" w:hAnsi="Century Gothic"/>
              </w:rPr>
            </w:pPr>
            <w:r w:rsidRPr="00564DF2">
              <w:rPr>
                <w:rFonts w:ascii="Century Gothic" w:hAnsi="Century Gothic"/>
              </w:rPr>
              <w:t>Understand that aircraft have developed from early planes to modern jets and rockets.</w:t>
            </w:r>
          </w:p>
        </w:tc>
        <w:tc>
          <w:tcPr>
            <w:tcW w:w="0" w:type="auto"/>
          </w:tcPr>
          <w:p w14:paraId="3E141446" w14:textId="77777777" w:rsidR="00575608" w:rsidRPr="00564DF2" w:rsidRDefault="00CD0EEF" w:rsidP="00564DF2">
            <w:pPr>
              <w:spacing w:after="0"/>
              <w:rPr>
                <w:rFonts w:ascii="Century Gothic" w:hAnsi="Century Gothic"/>
              </w:rPr>
            </w:pPr>
            <w:r w:rsidRPr="00564DF2">
              <w:rPr>
                <w:rFonts w:ascii="Century Gothic" w:hAnsi="Century Gothic"/>
              </w:rPr>
              <w:t>Use pictures to compare aircraft from different periods.</w:t>
            </w:r>
          </w:p>
        </w:tc>
        <w:tc>
          <w:tcPr>
            <w:tcW w:w="0" w:type="auto"/>
          </w:tcPr>
          <w:p w14:paraId="235A9175" w14:textId="77777777" w:rsidR="00575608" w:rsidRPr="00564DF2" w:rsidRDefault="00CD0EEF" w:rsidP="00564DF2">
            <w:pPr>
              <w:spacing w:after="0"/>
              <w:rPr>
                <w:rFonts w:ascii="Century Gothic" w:hAnsi="Century Gothic"/>
              </w:rPr>
            </w:pPr>
            <w:r w:rsidRPr="00564DF2">
              <w:rPr>
                <w:rFonts w:ascii="Century Gothic" w:hAnsi="Century Gothic"/>
              </w:rPr>
              <w:t>aircraft, modern, old, jet, rocket, change</w:t>
            </w:r>
          </w:p>
        </w:tc>
      </w:tr>
      <w:tr w:rsidR="00575608" w:rsidRPr="00564DF2" w14:paraId="7CC3B823" w14:textId="77777777" w:rsidTr="00564DF2">
        <w:trPr>
          <w:jc w:val="center"/>
        </w:trPr>
        <w:tc>
          <w:tcPr>
            <w:tcW w:w="0" w:type="auto"/>
          </w:tcPr>
          <w:p w14:paraId="400D3760" w14:textId="77777777" w:rsidR="00575608" w:rsidRPr="00564DF2" w:rsidRDefault="00CD0EEF" w:rsidP="00564DF2">
            <w:pPr>
              <w:spacing w:after="0"/>
              <w:rPr>
                <w:rFonts w:ascii="Century Gothic" w:hAnsi="Century Gothic"/>
                <w:b/>
                <w:bCs/>
              </w:rPr>
            </w:pPr>
            <w:r w:rsidRPr="00564DF2">
              <w:rPr>
                <w:rFonts w:ascii="Century Gothic" w:hAnsi="Century Gothic"/>
                <w:b/>
                <w:bCs/>
              </w:rPr>
              <w:t>5: How do people fly today?</w:t>
            </w:r>
          </w:p>
        </w:tc>
        <w:tc>
          <w:tcPr>
            <w:tcW w:w="0" w:type="auto"/>
          </w:tcPr>
          <w:p w14:paraId="56122162" w14:textId="77777777" w:rsidR="00575608" w:rsidRPr="00564DF2" w:rsidRDefault="00CD0EEF" w:rsidP="00564DF2">
            <w:pPr>
              <w:spacing w:after="0"/>
              <w:rPr>
                <w:rFonts w:ascii="Century Gothic" w:hAnsi="Century Gothic"/>
              </w:rPr>
            </w:pPr>
            <w:r w:rsidRPr="00564DF2">
              <w:rPr>
                <w:rFonts w:ascii="Century Gothic" w:hAnsi="Century Gothic"/>
              </w:rPr>
              <w:t>To understand how air travel is used today.</w:t>
            </w:r>
          </w:p>
        </w:tc>
        <w:tc>
          <w:tcPr>
            <w:tcW w:w="0" w:type="auto"/>
          </w:tcPr>
          <w:p w14:paraId="10979FB2" w14:textId="77777777" w:rsidR="00575608" w:rsidRPr="00564DF2" w:rsidRDefault="00CD0EEF" w:rsidP="00564DF2">
            <w:pPr>
              <w:spacing w:after="0"/>
              <w:rPr>
                <w:rFonts w:ascii="Century Gothic" w:hAnsi="Century Gothic"/>
              </w:rPr>
            </w:pPr>
            <w:r w:rsidRPr="00564DF2">
              <w:rPr>
                <w:rFonts w:ascii="Century Gothic" w:hAnsi="Century Gothic"/>
              </w:rPr>
              <w:t>Know that air travel connects people and countries around the world.</w:t>
            </w:r>
          </w:p>
        </w:tc>
        <w:tc>
          <w:tcPr>
            <w:tcW w:w="0" w:type="auto"/>
          </w:tcPr>
          <w:p w14:paraId="23D62324" w14:textId="77777777" w:rsidR="00575608" w:rsidRPr="00564DF2" w:rsidRDefault="00CD0EEF" w:rsidP="00564DF2">
            <w:pPr>
              <w:spacing w:after="0"/>
              <w:rPr>
                <w:rFonts w:ascii="Century Gothic" w:hAnsi="Century Gothic"/>
              </w:rPr>
            </w:pPr>
            <w:r w:rsidRPr="00564DF2">
              <w:rPr>
                <w:rFonts w:ascii="Century Gothic" w:hAnsi="Century Gothic"/>
              </w:rPr>
              <w:t>Use maps to show flight paths and destinations.</w:t>
            </w:r>
          </w:p>
        </w:tc>
        <w:tc>
          <w:tcPr>
            <w:tcW w:w="0" w:type="auto"/>
          </w:tcPr>
          <w:p w14:paraId="690EEDBF" w14:textId="77777777" w:rsidR="00575608" w:rsidRPr="00564DF2" w:rsidRDefault="00CD0EEF" w:rsidP="00564DF2">
            <w:pPr>
              <w:spacing w:after="0"/>
              <w:rPr>
                <w:rFonts w:ascii="Century Gothic" w:hAnsi="Century Gothic"/>
              </w:rPr>
            </w:pPr>
            <w:r w:rsidRPr="00564DF2">
              <w:rPr>
                <w:rFonts w:ascii="Century Gothic" w:hAnsi="Century Gothic"/>
              </w:rPr>
              <w:t>map, flight, travel, world, country</w:t>
            </w:r>
          </w:p>
        </w:tc>
      </w:tr>
      <w:tr w:rsidR="00575608" w:rsidRPr="00564DF2" w14:paraId="3C2D8E45" w14:textId="77777777" w:rsidTr="00564DF2">
        <w:trPr>
          <w:jc w:val="center"/>
        </w:trPr>
        <w:tc>
          <w:tcPr>
            <w:tcW w:w="0" w:type="auto"/>
          </w:tcPr>
          <w:p w14:paraId="7B7C0B4D" w14:textId="77777777" w:rsidR="00575608" w:rsidRPr="00564DF2" w:rsidRDefault="00CD0EEF" w:rsidP="00564DF2">
            <w:pPr>
              <w:spacing w:after="0"/>
              <w:rPr>
                <w:rFonts w:ascii="Century Gothic" w:hAnsi="Century Gothic"/>
                <w:b/>
                <w:bCs/>
              </w:rPr>
            </w:pPr>
            <w:r w:rsidRPr="00564DF2">
              <w:rPr>
                <w:rFonts w:ascii="Century Gothic" w:hAnsi="Century Gothic"/>
                <w:b/>
                <w:bCs/>
              </w:rPr>
              <w:t>6: Why do we remember the Wright brothers and Amelia Earhart?</w:t>
            </w:r>
          </w:p>
        </w:tc>
        <w:tc>
          <w:tcPr>
            <w:tcW w:w="0" w:type="auto"/>
          </w:tcPr>
          <w:p w14:paraId="60CA7B16" w14:textId="77777777" w:rsidR="00575608" w:rsidRPr="00564DF2" w:rsidRDefault="00CD0EEF" w:rsidP="00564DF2">
            <w:pPr>
              <w:spacing w:after="0"/>
              <w:rPr>
                <w:rFonts w:ascii="Century Gothic" w:hAnsi="Century Gothic"/>
              </w:rPr>
            </w:pPr>
            <w:r w:rsidRPr="00564DF2">
              <w:rPr>
                <w:rFonts w:ascii="Century Gothic" w:hAnsi="Century Gothic"/>
              </w:rPr>
              <w:t>To explain why these individuals are remembered today.</w:t>
            </w:r>
          </w:p>
        </w:tc>
        <w:tc>
          <w:tcPr>
            <w:tcW w:w="0" w:type="auto"/>
          </w:tcPr>
          <w:p w14:paraId="52E0ED68" w14:textId="77777777" w:rsidR="00575608" w:rsidRPr="00564DF2" w:rsidRDefault="00CD0EEF" w:rsidP="00564DF2">
            <w:pPr>
              <w:spacing w:after="0"/>
              <w:rPr>
                <w:rFonts w:ascii="Century Gothic" w:hAnsi="Century Gothic"/>
              </w:rPr>
            </w:pPr>
            <w:r w:rsidRPr="00564DF2">
              <w:rPr>
                <w:rFonts w:ascii="Century Gothic" w:hAnsi="Century Gothic"/>
              </w:rPr>
              <w:t>Know that these individuals changed transport and inspired others.</w:t>
            </w:r>
          </w:p>
        </w:tc>
        <w:tc>
          <w:tcPr>
            <w:tcW w:w="0" w:type="auto"/>
          </w:tcPr>
          <w:p w14:paraId="1A0096A2" w14:textId="77777777" w:rsidR="00575608" w:rsidRPr="00564DF2" w:rsidRDefault="00CD0EEF" w:rsidP="00564DF2">
            <w:pPr>
              <w:spacing w:after="0"/>
              <w:rPr>
                <w:rFonts w:ascii="Century Gothic" w:hAnsi="Century Gothic"/>
              </w:rPr>
            </w:pPr>
            <w:r w:rsidRPr="00564DF2">
              <w:rPr>
                <w:rFonts w:ascii="Century Gothic" w:hAnsi="Century Gothic"/>
              </w:rPr>
              <w:t>Summarise their impact using a fact file or presentation.</w:t>
            </w:r>
          </w:p>
        </w:tc>
        <w:tc>
          <w:tcPr>
            <w:tcW w:w="0" w:type="auto"/>
          </w:tcPr>
          <w:p w14:paraId="239F9540" w14:textId="77777777" w:rsidR="00575608" w:rsidRPr="00564DF2" w:rsidRDefault="00CD0EEF" w:rsidP="00564DF2">
            <w:pPr>
              <w:spacing w:after="0"/>
              <w:rPr>
                <w:rFonts w:ascii="Century Gothic" w:hAnsi="Century Gothic"/>
              </w:rPr>
            </w:pPr>
            <w:r w:rsidRPr="00564DF2">
              <w:rPr>
                <w:rFonts w:ascii="Century Gothic" w:hAnsi="Century Gothic"/>
              </w:rPr>
              <w:t>significant, invention, pioneer, courage, history</w:t>
            </w:r>
          </w:p>
        </w:tc>
      </w:tr>
    </w:tbl>
    <w:p w14:paraId="38950335" w14:textId="77777777" w:rsidR="00564DF2" w:rsidRDefault="00564DF2" w:rsidP="00564DF2">
      <w:pPr>
        <w:spacing w:after="0"/>
        <w:rPr>
          <w:rFonts w:ascii="Century Gothic" w:hAnsi="Century Gothic"/>
        </w:rPr>
      </w:pPr>
    </w:p>
    <w:p w14:paraId="33A63386" w14:textId="77777777" w:rsidR="00564DF2" w:rsidRDefault="00564DF2" w:rsidP="00564DF2">
      <w:pPr>
        <w:spacing w:after="0"/>
        <w:rPr>
          <w:rFonts w:ascii="Century Gothic" w:hAnsi="Century Gothic"/>
        </w:rPr>
      </w:pPr>
    </w:p>
    <w:p w14:paraId="2503BE59" w14:textId="77777777" w:rsidR="00564DF2" w:rsidRDefault="00564DF2" w:rsidP="00564DF2">
      <w:pPr>
        <w:spacing w:after="0"/>
        <w:rPr>
          <w:rFonts w:ascii="Century Gothic" w:hAnsi="Century Gothic"/>
        </w:rPr>
      </w:pPr>
    </w:p>
    <w:p w14:paraId="6852512B" w14:textId="77777777" w:rsidR="00564DF2" w:rsidRDefault="00564DF2" w:rsidP="00564DF2">
      <w:pPr>
        <w:spacing w:after="0"/>
        <w:rPr>
          <w:rFonts w:ascii="Century Gothic" w:hAnsi="Century Gothic"/>
        </w:rPr>
      </w:pPr>
    </w:p>
    <w:p w14:paraId="6E66195E" w14:textId="77777777" w:rsidR="00564DF2" w:rsidRDefault="00564DF2" w:rsidP="00564DF2">
      <w:pPr>
        <w:spacing w:after="0"/>
        <w:rPr>
          <w:rFonts w:ascii="Century Gothic" w:hAnsi="Century Gothic"/>
        </w:rPr>
      </w:pPr>
    </w:p>
    <w:p w14:paraId="2F6686EC" w14:textId="77777777" w:rsidR="00564DF2" w:rsidRDefault="00564DF2" w:rsidP="00564DF2">
      <w:pPr>
        <w:spacing w:after="0"/>
        <w:rPr>
          <w:rFonts w:ascii="Century Gothic" w:hAnsi="Century Gothic"/>
        </w:rPr>
      </w:pPr>
    </w:p>
    <w:p w14:paraId="3AB7B4A0" w14:textId="5DE82F2C" w:rsidR="00575608" w:rsidRDefault="00CD0EEF" w:rsidP="00564DF2">
      <w:pPr>
        <w:spacing w:after="0"/>
        <w:rPr>
          <w:rFonts w:ascii="Century Gothic" w:hAnsi="Century Gothic"/>
          <w:b/>
          <w:bCs/>
          <w:color w:val="0070C0"/>
        </w:rPr>
      </w:pPr>
      <w:r w:rsidRPr="00564DF2">
        <w:rPr>
          <w:rFonts w:ascii="Century Gothic" w:hAnsi="Century Gothic"/>
          <w:b/>
          <w:bCs/>
          <w:color w:val="0070C0"/>
        </w:rPr>
        <w:t>What is a monarch?</w:t>
      </w:r>
    </w:p>
    <w:p w14:paraId="0275BA6D" w14:textId="77777777" w:rsidR="00564DF2" w:rsidRPr="00564DF2" w:rsidRDefault="00564DF2" w:rsidP="00564DF2">
      <w:pPr>
        <w:spacing w:after="0"/>
        <w:rPr>
          <w:rFonts w:ascii="Century Gothic" w:hAnsi="Century Gothic"/>
          <w:b/>
          <w:bCs/>
          <w:color w:val="0070C0"/>
        </w:rPr>
      </w:pPr>
    </w:p>
    <w:p w14:paraId="34992382" w14:textId="77777777" w:rsidR="00575608" w:rsidRDefault="00CD0EEF" w:rsidP="00564DF2">
      <w:pPr>
        <w:spacing w:after="0"/>
        <w:rPr>
          <w:rFonts w:ascii="Century Gothic" w:hAnsi="Century Gothic"/>
        </w:rPr>
      </w:pPr>
      <w:r w:rsidRPr="00564DF2">
        <w:rPr>
          <w:rFonts w:ascii="Century Gothic" w:hAnsi="Century Gothic"/>
        </w:rPr>
        <w:t>Year 2 History Unit: Pupils learn about the role of monarchs in British history and explore how kings and queens have influenced the nation. They study significant individuals, changes in leadership, and symbols of monarchy.</w:t>
      </w:r>
      <w:r w:rsidRPr="00564DF2">
        <w:rPr>
          <w:rFonts w:ascii="Century Gothic" w:hAnsi="Century Gothic"/>
        </w:rPr>
        <w:br/>
      </w:r>
      <w:r w:rsidRPr="00564DF2">
        <w:rPr>
          <w:rFonts w:ascii="Century Gothic" w:hAnsi="Century Gothic"/>
        </w:rPr>
        <w:br/>
        <w:t>Prior learning: How did we learn to fly?</w:t>
      </w:r>
      <w:r w:rsidRPr="00564DF2">
        <w:rPr>
          <w:rFonts w:ascii="Century Gothic" w:hAnsi="Century Gothic"/>
        </w:rPr>
        <w:br/>
        <w:t>Suggested next steps: Local history study (e.g., a significant person or event).</w:t>
      </w:r>
    </w:p>
    <w:p w14:paraId="0583327C" w14:textId="77777777" w:rsidR="00564DF2" w:rsidRPr="00564DF2" w:rsidRDefault="00564DF2" w:rsidP="00564DF2">
      <w:pPr>
        <w:spacing w:after="0"/>
        <w:jc w:val="center"/>
        <w:rPr>
          <w:rFonts w:ascii="Century Gothic" w:hAnsi="Century Gothi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3073"/>
        <w:gridCol w:w="3559"/>
        <w:gridCol w:w="3182"/>
        <w:gridCol w:w="2763"/>
      </w:tblGrid>
      <w:tr w:rsidR="00575608" w:rsidRPr="00564DF2" w14:paraId="72744532" w14:textId="77777777" w:rsidTr="00564DF2">
        <w:trPr>
          <w:jc w:val="center"/>
        </w:trPr>
        <w:tc>
          <w:tcPr>
            <w:tcW w:w="0" w:type="auto"/>
          </w:tcPr>
          <w:p w14:paraId="71F413B5"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Lesson</w:t>
            </w:r>
          </w:p>
        </w:tc>
        <w:tc>
          <w:tcPr>
            <w:tcW w:w="0" w:type="auto"/>
          </w:tcPr>
          <w:p w14:paraId="3BA4ECA8"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Learning Objectives</w:t>
            </w:r>
          </w:p>
        </w:tc>
        <w:tc>
          <w:tcPr>
            <w:tcW w:w="0" w:type="auto"/>
          </w:tcPr>
          <w:p w14:paraId="4117C412"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Core Knowledge</w:t>
            </w:r>
          </w:p>
        </w:tc>
        <w:tc>
          <w:tcPr>
            <w:tcW w:w="0" w:type="auto"/>
          </w:tcPr>
          <w:p w14:paraId="47C9B49D"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Core Skills</w:t>
            </w:r>
          </w:p>
        </w:tc>
        <w:tc>
          <w:tcPr>
            <w:tcW w:w="0" w:type="auto"/>
          </w:tcPr>
          <w:p w14:paraId="2022CF37" w14:textId="77777777" w:rsidR="00575608" w:rsidRPr="00564DF2" w:rsidRDefault="00CD0EEF" w:rsidP="00564DF2">
            <w:pPr>
              <w:spacing w:after="0"/>
              <w:jc w:val="center"/>
              <w:rPr>
                <w:rFonts w:ascii="Century Gothic" w:hAnsi="Century Gothic"/>
                <w:b/>
                <w:bCs/>
              </w:rPr>
            </w:pPr>
            <w:r w:rsidRPr="00564DF2">
              <w:rPr>
                <w:rFonts w:ascii="Century Gothic" w:hAnsi="Century Gothic"/>
                <w:b/>
                <w:bCs/>
              </w:rPr>
              <w:t>Key Vocabulary</w:t>
            </w:r>
          </w:p>
        </w:tc>
      </w:tr>
      <w:tr w:rsidR="00575608" w:rsidRPr="00564DF2" w14:paraId="07F1927C" w14:textId="77777777" w:rsidTr="00564DF2">
        <w:trPr>
          <w:jc w:val="center"/>
        </w:trPr>
        <w:tc>
          <w:tcPr>
            <w:tcW w:w="0" w:type="auto"/>
          </w:tcPr>
          <w:p w14:paraId="718F95A8" w14:textId="77777777" w:rsidR="00575608" w:rsidRPr="00564DF2" w:rsidRDefault="00CD0EEF" w:rsidP="00564DF2">
            <w:pPr>
              <w:spacing w:after="0"/>
              <w:rPr>
                <w:rFonts w:ascii="Century Gothic" w:hAnsi="Century Gothic"/>
                <w:b/>
                <w:bCs/>
              </w:rPr>
            </w:pPr>
            <w:r w:rsidRPr="00564DF2">
              <w:rPr>
                <w:rFonts w:ascii="Century Gothic" w:hAnsi="Century Gothic"/>
                <w:b/>
                <w:bCs/>
              </w:rPr>
              <w:t>1: What is a monarch?</w:t>
            </w:r>
          </w:p>
        </w:tc>
        <w:tc>
          <w:tcPr>
            <w:tcW w:w="0" w:type="auto"/>
          </w:tcPr>
          <w:p w14:paraId="2C6D5009" w14:textId="77777777" w:rsidR="00575608" w:rsidRPr="00564DF2" w:rsidRDefault="00CD0EEF" w:rsidP="00564DF2">
            <w:pPr>
              <w:spacing w:after="0"/>
              <w:rPr>
                <w:rFonts w:ascii="Century Gothic" w:hAnsi="Century Gothic"/>
              </w:rPr>
            </w:pPr>
            <w:r w:rsidRPr="00564DF2">
              <w:rPr>
                <w:rFonts w:ascii="Century Gothic" w:hAnsi="Century Gothic"/>
              </w:rPr>
              <w:t>To understand what a monarch is and what they do.</w:t>
            </w:r>
          </w:p>
        </w:tc>
        <w:tc>
          <w:tcPr>
            <w:tcW w:w="0" w:type="auto"/>
          </w:tcPr>
          <w:p w14:paraId="78A42270" w14:textId="77777777" w:rsidR="00575608" w:rsidRPr="00564DF2" w:rsidRDefault="00CD0EEF" w:rsidP="00564DF2">
            <w:pPr>
              <w:spacing w:after="0"/>
              <w:rPr>
                <w:rFonts w:ascii="Century Gothic" w:hAnsi="Century Gothic"/>
              </w:rPr>
            </w:pPr>
            <w:r w:rsidRPr="00564DF2">
              <w:rPr>
                <w:rFonts w:ascii="Century Gothic" w:hAnsi="Century Gothic"/>
              </w:rPr>
              <w:t>Know that a monarch is a king or queen who rules a country.</w:t>
            </w:r>
          </w:p>
        </w:tc>
        <w:tc>
          <w:tcPr>
            <w:tcW w:w="0" w:type="auto"/>
          </w:tcPr>
          <w:p w14:paraId="4BCA133B" w14:textId="77777777" w:rsidR="00575608" w:rsidRPr="00564DF2" w:rsidRDefault="00CD0EEF" w:rsidP="00564DF2">
            <w:pPr>
              <w:spacing w:after="0"/>
              <w:rPr>
                <w:rFonts w:ascii="Century Gothic" w:hAnsi="Century Gothic"/>
              </w:rPr>
            </w:pPr>
            <w:r w:rsidRPr="00564DF2">
              <w:rPr>
                <w:rFonts w:ascii="Century Gothic" w:hAnsi="Century Gothic"/>
              </w:rPr>
              <w:t>Describe the role of a monarch using examples from stories or history.</w:t>
            </w:r>
          </w:p>
        </w:tc>
        <w:tc>
          <w:tcPr>
            <w:tcW w:w="0" w:type="auto"/>
          </w:tcPr>
          <w:p w14:paraId="225091AE" w14:textId="77777777" w:rsidR="00575608" w:rsidRPr="00564DF2" w:rsidRDefault="00CD0EEF" w:rsidP="00564DF2">
            <w:pPr>
              <w:spacing w:after="0"/>
              <w:rPr>
                <w:rFonts w:ascii="Century Gothic" w:hAnsi="Century Gothic"/>
              </w:rPr>
            </w:pPr>
            <w:r w:rsidRPr="00564DF2">
              <w:rPr>
                <w:rFonts w:ascii="Century Gothic" w:hAnsi="Century Gothic"/>
              </w:rPr>
              <w:t>monarch, king, queen, rule, crown</w:t>
            </w:r>
          </w:p>
        </w:tc>
      </w:tr>
      <w:tr w:rsidR="00575608" w:rsidRPr="00564DF2" w14:paraId="1526D3EB" w14:textId="77777777" w:rsidTr="00564DF2">
        <w:trPr>
          <w:jc w:val="center"/>
        </w:trPr>
        <w:tc>
          <w:tcPr>
            <w:tcW w:w="0" w:type="auto"/>
          </w:tcPr>
          <w:p w14:paraId="598D6375" w14:textId="77777777" w:rsidR="00575608" w:rsidRPr="00564DF2" w:rsidRDefault="00CD0EEF" w:rsidP="00564DF2">
            <w:pPr>
              <w:spacing w:after="0"/>
              <w:rPr>
                <w:rFonts w:ascii="Century Gothic" w:hAnsi="Century Gothic"/>
                <w:b/>
                <w:bCs/>
              </w:rPr>
            </w:pPr>
            <w:r w:rsidRPr="00564DF2">
              <w:rPr>
                <w:rFonts w:ascii="Century Gothic" w:hAnsi="Century Gothic"/>
                <w:b/>
                <w:bCs/>
              </w:rPr>
              <w:t>2: Who was the first Queen Elizabeth?</w:t>
            </w:r>
          </w:p>
        </w:tc>
        <w:tc>
          <w:tcPr>
            <w:tcW w:w="0" w:type="auto"/>
          </w:tcPr>
          <w:p w14:paraId="202D5320" w14:textId="77777777" w:rsidR="00575608" w:rsidRPr="00564DF2" w:rsidRDefault="00CD0EEF" w:rsidP="00564DF2">
            <w:pPr>
              <w:spacing w:after="0"/>
              <w:rPr>
                <w:rFonts w:ascii="Century Gothic" w:hAnsi="Century Gothic"/>
              </w:rPr>
            </w:pPr>
            <w:r w:rsidRPr="00564DF2">
              <w:rPr>
                <w:rFonts w:ascii="Century Gothic" w:hAnsi="Century Gothic"/>
              </w:rPr>
              <w:t xml:space="preserve">To learn about </w:t>
            </w:r>
            <w:proofErr w:type="gramStart"/>
            <w:r w:rsidRPr="00564DF2">
              <w:rPr>
                <w:rFonts w:ascii="Century Gothic" w:hAnsi="Century Gothic"/>
              </w:rPr>
              <w:t>Queen Elizabeth</w:t>
            </w:r>
            <w:proofErr w:type="gramEnd"/>
            <w:r w:rsidRPr="00564DF2">
              <w:rPr>
                <w:rFonts w:ascii="Century Gothic" w:hAnsi="Century Gothic"/>
              </w:rPr>
              <w:t xml:space="preserve"> I and her reign.</w:t>
            </w:r>
          </w:p>
        </w:tc>
        <w:tc>
          <w:tcPr>
            <w:tcW w:w="0" w:type="auto"/>
          </w:tcPr>
          <w:p w14:paraId="05DAC161" w14:textId="77777777" w:rsidR="00575608" w:rsidRPr="00564DF2" w:rsidRDefault="00CD0EEF" w:rsidP="00564DF2">
            <w:pPr>
              <w:spacing w:after="0"/>
              <w:rPr>
                <w:rFonts w:ascii="Century Gothic" w:hAnsi="Century Gothic"/>
              </w:rPr>
            </w:pPr>
            <w:r w:rsidRPr="00564DF2">
              <w:rPr>
                <w:rFonts w:ascii="Century Gothic" w:hAnsi="Century Gothic"/>
              </w:rPr>
              <w:t>Know that Elizabeth I was queen during the Tudor period and is remembered for exploration and the arts.</w:t>
            </w:r>
          </w:p>
        </w:tc>
        <w:tc>
          <w:tcPr>
            <w:tcW w:w="0" w:type="auto"/>
          </w:tcPr>
          <w:p w14:paraId="3439560B" w14:textId="77777777" w:rsidR="00575608" w:rsidRPr="00564DF2" w:rsidRDefault="00CD0EEF" w:rsidP="00564DF2">
            <w:pPr>
              <w:spacing w:after="0"/>
              <w:rPr>
                <w:rFonts w:ascii="Century Gothic" w:hAnsi="Century Gothic"/>
              </w:rPr>
            </w:pPr>
            <w:r w:rsidRPr="00564DF2">
              <w:rPr>
                <w:rFonts w:ascii="Century Gothic" w:hAnsi="Century Gothic"/>
              </w:rPr>
              <w:t>Identify portraits and symbols of Elizabeth I; discuss her leadership.</w:t>
            </w:r>
          </w:p>
        </w:tc>
        <w:tc>
          <w:tcPr>
            <w:tcW w:w="0" w:type="auto"/>
          </w:tcPr>
          <w:p w14:paraId="16A6B97E" w14:textId="77777777" w:rsidR="00575608" w:rsidRPr="00564DF2" w:rsidRDefault="00CD0EEF" w:rsidP="00564DF2">
            <w:pPr>
              <w:spacing w:after="0"/>
              <w:rPr>
                <w:rFonts w:ascii="Century Gothic" w:hAnsi="Century Gothic"/>
              </w:rPr>
            </w:pPr>
            <w:r w:rsidRPr="00564DF2">
              <w:rPr>
                <w:rFonts w:ascii="Century Gothic" w:hAnsi="Century Gothic"/>
              </w:rPr>
              <w:t>Elizabeth I, Tudor, England, exploration, reign</w:t>
            </w:r>
          </w:p>
        </w:tc>
      </w:tr>
      <w:tr w:rsidR="00575608" w:rsidRPr="00564DF2" w14:paraId="59A59C6B" w14:textId="77777777" w:rsidTr="00564DF2">
        <w:trPr>
          <w:jc w:val="center"/>
        </w:trPr>
        <w:tc>
          <w:tcPr>
            <w:tcW w:w="0" w:type="auto"/>
          </w:tcPr>
          <w:p w14:paraId="0D9C9A3E" w14:textId="77777777" w:rsidR="00575608" w:rsidRPr="00564DF2" w:rsidRDefault="00CD0EEF" w:rsidP="00564DF2">
            <w:pPr>
              <w:spacing w:after="0"/>
              <w:rPr>
                <w:rFonts w:ascii="Century Gothic" w:hAnsi="Century Gothic"/>
                <w:b/>
                <w:bCs/>
              </w:rPr>
            </w:pPr>
            <w:r w:rsidRPr="00564DF2">
              <w:rPr>
                <w:rFonts w:ascii="Century Gothic" w:hAnsi="Century Gothic"/>
                <w:b/>
                <w:bCs/>
              </w:rPr>
              <w:t>3: Who was Queen Victoria?</w:t>
            </w:r>
          </w:p>
        </w:tc>
        <w:tc>
          <w:tcPr>
            <w:tcW w:w="0" w:type="auto"/>
          </w:tcPr>
          <w:p w14:paraId="4BD5F505" w14:textId="77777777" w:rsidR="00575608" w:rsidRPr="00564DF2" w:rsidRDefault="00CD0EEF" w:rsidP="00564DF2">
            <w:pPr>
              <w:spacing w:after="0"/>
              <w:rPr>
                <w:rFonts w:ascii="Century Gothic" w:hAnsi="Century Gothic"/>
              </w:rPr>
            </w:pPr>
            <w:r w:rsidRPr="00564DF2">
              <w:rPr>
                <w:rFonts w:ascii="Century Gothic" w:hAnsi="Century Gothic"/>
              </w:rPr>
              <w:t>To learn about Queen Victoria and how she changed Britain.</w:t>
            </w:r>
          </w:p>
        </w:tc>
        <w:tc>
          <w:tcPr>
            <w:tcW w:w="0" w:type="auto"/>
          </w:tcPr>
          <w:p w14:paraId="6A259901" w14:textId="77777777" w:rsidR="00575608" w:rsidRPr="00564DF2" w:rsidRDefault="00CD0EEF" w:rsidP="00564DF2">
            <w:pPr>
              <w:spacing w:after="0"/>
              <w:rPr>
                <w:rFonts w:ascii="Century Gothic" w:hAnsi="Century Gothic"/>
              </w:rPr>
            </w:pPr>
            <w:r w:rsidRPr="00564DF2">
              <w:rPr>
                <w:rFonts w:ascii="Century Gothic" w:hAnsi="Century Gothic"/>
              </w:rPr>
              <w:t>Know that Victoria ruled for over 60 years during a time of industrial and social change.</w:t>
            </w:r>
          </w:p>
        </w:tc>
        <w:tc>
          <w:tcPr>
            <w:tcW w:w="0" w:type="auto"/>
          </w:tcPr>
          <w:p w14:paraId="3F6BB38C" w14:textId="77777777" w:rsidR="00575608" w:rsidRPr="00564DF2" w:rsidRDefault="00CD0EEF" w:rsidP="00564DF2">
            <w:pPr>
              <w:spacing w:after="0"/>
              <w:rPr>
                <w:rFonts w:ascii="Century Gothic" w:hAnsi="Century Gothic"/>
              </w:rPr>
            </w:pPr>
            <w:r w:rsidRPr="00564DF2">
              <w:rPr>
                <w:rFonts w:ascii="Century Gothic" w:hAnsi="Century Gothic"/>
              </w:rPr>
              <w:t>Compare Victorian life to today using photographs and artefacts.</w:t>
            </w:r>
          </w:p>
        </w:tc>
        <w:tc>
          <w:tcPr>
            <w:tcW w:w="0" w:type="auto"/>
          </w:tcPr>
          <w:p w14:paraId="21D3E930" w14:textId="77777777" w:rsidR="00575608" w:rsidRPr="00564DF2" w:rsidRDefault="00CD0EEF" w:rsidP="00564DF2">
            <w:pPr>
              <w:spacing w:after="0"/>
              <w:rPr>
                <w:rFonts w:ascii="Century Gothic" w:hAnsi="Century Gothic"/>
              </w:rPr>
            </w:pPr>
            <w:r w:rsidRPr="00564DF2">
              <w:rPr>
                <w:rFonts w:ascii="Century Gothic" w:hAnsi="Century Gothic"/>
              </w:rPr>
              <w:t>Queen Victoria, Victorian, reign, empire, change</w:t>
            </w:r>
          </w:p>
        </w:tc>
      </w:tr>
      <w:tr w:rsidR="00575608" w:rsidRPr="00564DF2" w14:paraId="4CA30653" w14:textId="77777777" w:rsidTr="00564DF2">
        <w:trPr>
          <w:jc w:val="center"/>
        </w:trPr>
        <w:tc>
          <w:tcPr>
            <w:tcW w:w="0" w:type="auto"/>
          </w:tcPr>
          <w:p w14:paraId="416EA7BD" w14:textId="77777777" w:rsidR="00575608" w:rsidRPr="00564DF2" w:rsidRDefault="00CD0EEF" w:rsidP="00564DF2">
            <w:pPr>
              <w:spacing w:after="0"/>
              <w:rPr>
                <w:rFonts w:ascii="Century Gothic" w:hAnsi="Century Gothic"/>
                <w:b/>
                <w:bCs/>
              </w:rPr>
            </w:pPr>
            <w:r w:rsidRPr="00564DF2">
              <w:rPr>
                <w:rFonts w:ascii="Century Gothic" w:hAnsi="Century Gothic"/>
                <w:b/>
                <w:bCs/>
              </w:rPr>
              <w:t>4: Who was Queen Elizabeth II?</w:t>
            </w:r>
          </w:p>
        </w:tc>
        <w:tc>
          <w:tcPr>
            <w:tcW w:w="0" w:type="auto"/>
          </w:tcPr>
          <w:p w14:paraId="4D25C298" w14:textId="77777777" w:rsidR="00575608" w:rsidRPr="00564DF2" w:rsidRDefault="00CD0EEF" w:rsidP="00564DF2">
            <w:pPr>
              <w:spacing w:after="0"/>
              <w:rPr>
                <w:rFonts w:ascii="Century Gothic" w:hAnsi="Century Gothic"/>
              </w:rPr>
            </w:pPr>
            <w:r w:rsidRPr="00564DF2">
              <w:rPr>
                <w:rFonts w:ascii="Century Gothic" w:hAnsi="Century Gothic"/>
              </w:rPr>
              <w:t>To learn about Queen Elizabeth II and her achievements.</w:t>
            </w:r>
          </w:p>
        </w:tc>
        <w:tc>
          <w:tcPr>
            <w:tcW w:w="0" w:type="auto"/>
          </w:tcPr>
          <w:p w14:paraId="3CA71F41" w14:textId="77777777" w:rsidR="00575608" w:rsidRPr="00564DF2" w:rsidRDefault="00CD0EEF" w:rsidP="00564DF2">
            <w:pPr>
              <w:spacing w:after="0"/>
              <w:rPr>
                <w:rFonts w:ascii="Century Gothic" w:hAnsi="Century Gothic"/>
              </w:rPr>
            </w:pPr>
            <w:r w:rsidRPr="00564DF2">
              <w:rPr>
                <w:rFonts w:ascii="Century Gothic" w:hAnsi="Century Gothic"/>
              </w:rPr>
              <w:t>Know that Elizabeth II was the longest-reigning British monarch and served during great change.</w:t>
            </w:r>
          </w:p>
        </w:tc>
        <w:tc>
          <w:tcPr>
            <w:tcW w:w="0" w:type="auto"/>
          </w:tcPr>
          <w:p w14:paraId="7266D8E0" w14:textId="77777777" w:rsidR="00575608" w:rsidRPr="00564DF2" w:rsidRDefault="00CD0EEF" w:rsidP="00564DF2">
            <w:pPr>
              <w:spacing w:after="0"/>
              <w:rPr>
                <w:rFonts w:ascii="Century Gothic" w:hAnsi="Century Gothic"/>
              </w:rPr>
            </w:pPr>
            <w:r w:rsidRPr="00564DF2">
              <w:rPr>
                <w:rFonts w:ascii="Century Gothic" w:hAnsi="Century Gothic"/>
              </w:rPr>
              <w:t>Order key events from her reign chronologically and describe her significance.</w:t>
            </w:r>
          </w:p>
        </w:tc>
        <w:tc>
          <w:tcPr>
            <w:tcW w:w="0" w:type="auto"/>
          </w:tcPr>
          <w:p w14:paraId="6E9B0887" w14:textId="77777777" w:rsidR="00575608" w:rsidRPr="00564DF2" w:rsidRDefault="00CD0EEF" w:rsidP="00564DF2">
            <w:pPr>
              <w:spacing w:after="0"/>
              <w:rPr>
                <w:rFonts w:ascii="Century Gothic" w:hAnsi="Century Gothic"/>
              </w:rPr>
            </w:pPr>
            <w:r w:rsidRPr="00564DF2">
              <w:rPr>
                <w:rFonts w:ascii="Century Gothic" w:hAnsi="Century Gothic"/>
              </w:rPr>
              <w:t>Elizabeth II, reign, Commonwealth, modern, change</w:t>
            </w:r>
          </w:p>
        </w:tc>
      </w:tr>
      <w:tr w:rsidR="00575608" w:rsidRPr="00564DF2" w14:paraId="6B3C30AE" w14:textId="77777777" w:rsidTr="00564DF2">
        <w:trPr>
          <w:jc w:val="center"/>
        </w:trPr>
        <w:tc>
          <w:tcPr>
            <w:tcW w:w="0" w:type="auto"/>
          </w:tcPr>
          <w:p w14:paraId="25366B8E" w14:textId="77777777" w:rsidR="00575608" w:rsidRPr="00564DF2" w:rsidRDefault="00CD0EEF" w:rsidP="00564DF2">
            <w:pPr>
              <w:spacing w:after="0"/>
              <w:rPr>
                <w:rFonts w:ascii="Century Gothic" w:hAnsi="Century Gothic"/>
                <w:b/>
                <w:bCs/>
              </w:rPr>
            </w:pPr>
            <w:r w:rsidRPr="00564DF2">
              <w:rPr>
                <w:rFonts w:ascii="Century Gothic" w:hAnsi="Century Gothic"/>
                <w:b/>
                <w:bCs/>
              </w:rPr>
              <w:t>5: How have monarchs changed over time?</w:t>
            </w:r>
          </w:p>
        </w:tc>
        <w:tc>
          <w:tcPr>
            <w:tcW w:w="0" w:type="auto"/>
          </w:tcPr>
          <w:p w14:paraId="33C8F26A" w14:textId="77777777" w:rsidR="00575608" w:rsidRPr="00564DF2" w:rsidRDefault="00CD0EEF" w:rsidP="00564DF2">
            <w:pPr>
              <w:spacing w:after="0"/>
              <w:rPr>
                <w:rFonts w:ascii="Century Gothic" w:hAnsi="Century Gothic"/>
              </w:rPr>
            </w:pPr>
            <w:r w:rsidRPr="00564DF2">
              <w:rPr>
                <w:rFonts w:ascii="Century Gothic" w:hAnsi="Century Gothic"/>
              </w:rPr>
              <w:t>To identify similarities and differences between monarchs.</w:t>
            </w:r>
          </w:p>
        </w:tc>
        <w:tc>
          <w:tcPr>
            <w:tcW w:w="0" w:type="auto"/>
          </w:tcPr>
          <w:p w14:paraId="3F089F74" w14:textId="77777777" w:rsidR="00575608" w:rsidRPr="00564DF2" w:rsidRDefault="00CD0EEF" w:rsidP="00564DF2">
            <w:pPr>
              <w:spacing w:after="0"/>
              <w:rPr>
                <w:rFonts w:ascii="Century Gothic" w:hAnsi="Century Gothic"/>
              </w:rPr>
            </w:pPr>
            <w:r w:rsidRPr="00564DF2">
              <w:rPr>
                <w:rFonts w:ascii="Century Gothic" w:hAnsi="Century Gothic"/>
              </w:rPr>
              <w:t>Understand that the role of monarchs has changed from ruling powerfully to serving symbolically.</w:t>
            </w:r>
          </w:p>
        </w:tc>
        <w:tc>
          <w:tcPr>
            <w:tcW w:w="0" w:type="auto"/>
          </w:tcPr>
          <w:p w14:paraId="48DA01E7" w14:textId="77777777" w:rsidR="00575608" w:rsidRPr="00564DF2" w:rsidRDefault="00CD0EEF" w:rsidP="00564DF2">
            <w:pPr>
              <w:spacing w:after="0"/>
              <w:rPr>
                <w:rFonts w:ascii="Century Gothic" w:hAnsi="Century Gothic"/>
              </w:rPr>
            </w:pPr>
            <w:r w:rsidRPr="00564DF2">
              <w:rPr>
                <w:rFonts w:ascii="Century Gothic" w:hAnsi="Century Gothic"/>
              </w:rPr>
              <w:t>Compare the leadership of different monarchs using a timeline.</w:t>
            </w:r>
          </w:p>
        </w:tc>
        <w:tc>
          <w:tcPr>
            <w:tcW w:w="0" w:type="auto"/>
          </w:tcPr>
          <w:p w14:paraId="6E87CFCF" w14:textId="77777777" w:rsidR="00575608" w:rsidRPr="00564DF2" w:rsidRDefault="00CD0EEF" w:rsidP="00564DF2">
            <w:pPr>
              <w:spacing w:after="0"/>
              <w:rPr>
                <w:rFonts w:ascii="Century Gothic" w:hAnsi="Century Gothic"/>
              </w:rPr>
            </w:pPr>
            <w:r w:rsidRPr="00564DF2">
              <w:rPr>
                <w:rFonts w:ascii="Century Gothic" w:hAnsi="Century Gothic"/>
              </w:rPr>
              <w:t>timeline, power, reign, change, monarchy</w:t>
            </w:r>
          </w:p>
        </w:tc>
      </w:tr>
      <w:tr w:rsidR="00575608" w:rsidRPr="00564DF2" w14:paraId="78A4D1B4" w14:textId="77777777" w:rsidTr="00564DF2">
        <w:trPr>
          <w:jc w:val="center"/>
        </w:trPr>
        <w:tc>
          <w:tcPr>
            <w:tcW w:w="0" w:type="auto"/>
          </w:tcPr>
          <w:p w14:paraId="7F248668" w14:textId="77777777" w:rsidR="00575608" w:rsidRPr="00564DF2" w:rsidRDefault="00CD0EEF" w:rsidP="00564DF2">
            <w:pPr>
              <w:spacing w:after="0"/>
              <w:rPr>
                <w:rFonts w:ascii="Century Gothic" w:hAnsi="Century Gothic"/>
                <w:b/>
                <w:bCs/>
              </w:rPr>
            </w:pPr>
            <w:r w:rsidRPr="00564DF2">
              <w:rPr>
                <w:rFonts w:ascii="Century Gothic" w:hAnsi="Century Gothic"/>
                <w:b/>
                <w:bCs/>
              </w:rPr>
              <w:t>6: Why do we remember monarchs today?</w:t>
            </w:r>
          </w:p>
        </w:tc>
        <w:tc>
          <w:tcPr>
            <w:tcW w:w="0" w:type="auto"/>
          </w:tcPr>
          <w:p w14:paraId="37454615" w14:textId="77777777" w:rsidR="00575608" w:rsidRPr="00564DF2" w:rsidRDefault="00CD0EEF" w:rsidP="00564DF2">
            <w:pPr>
              <w:spacing w:after="0"/>
              <w:rPr>
                <w:rFonts w:ascii="Century Gothic" w:hAnsi="Century Gothic"/>
              </w:rPr>
            </w:pPr>
            <w:r w:rsidRPr="00564DF2">
              <w:rPr>
                <w:rFonts w:ascii="Century Gothic" w:hAnsi="Century Gothic"/>
              </w:rPr>
              <w:t>To explore how we remember monarchs through symbols and celebrations.</w:t>
            </w:r>
          </w:p>
        </w:tc>
        <w:tc>
          <w:tcPr>
            <w:tcW w:w="0" w:type="auto"/>
          </w:tcPr>
          <w:p w14:paraId="779E68AB" w14:textId="77777777" w:rsidR="00575608" w:rsidRPr="00564DF2" w:rsidRDefault="00CD0EEF" w:rsidP="00564DF2">
            <w:pPr>
              <w:spacing w:after="0"/>
              <w:rPr>
                <w:rFonts w:ascii="Century Gothic" w:hAnsi="Century Gothic"/>
              </w:rPr>
            </w:pPr>
            <w:r w:rsidRPr="00564DF2">
              <w:rPr>
                <w:rFonts w:ascii="Century Gothic" w:hAnsi="Century Gothic"/>
              </w:rPr>
              <w:t>Know that monarchs are remembered in coins, portraits, events, and buildings.</w:t>
            </w:r>
          </w:p>
        </w:tc>
        <w:tc>
          <w:tcPr>
            <w:tcW w:w="0" w:type="auto"/>
          </w:tcPr>
          <w:p w14:paraId="13226E8C" w14:textId="77777777" w:rsidR="00575608" w:rsidRPr="00564DF2" w:rsidRDefault="00CD0EEF" w:rsidP="00564DF2">
            <w:pPr>
              <w:spacing w:after="0"/>
              <w:rPr>
                <w:rFonts w:ascii="Century Gothic" w:hAnsi="Century Gothic"/>
              </w:rPr>
            </w:pPr>
            <w:r w:rsidRPr="00564DF2">
              <w:rPr>
                <w:rFonts w:ascii="Century Gothic" w:hAnsi="Century Gothic"/>
              </w:rPr>
              <w:t>Identify and describe royal symbols still used today.</w:t>
            </w:r>
          </w:p>
        </w:tc>
        <w:tc>
          <w:tcPr>
            <w:tcW w:w="0" w:type="auto"/>
          </w:tcPr>
          <w:p w14:paraId="2AF79F3E" w14:textId="77777777" w:rsidR="00575608" w:rsidRPr="00564DF2" w:rsidRDefault="00CD0EEF" w:rsidP="00564DF2">
            <w:pPr>
              <w:spacing w:after="0"/>
              <w:rPr>
                <w:rFonts w:ascii="Century Gothic" w:hAnsi="Century Gothic"/>
              </w:rPr>
            </w:pPr>
            <w:r w:rsidRPr="00564DF2">
              <w:rPr>
                <w:rFonts w:ascii="Century Gothic" w:hAnsi="Century Gothic"/>
              </w:rPr>
              <w:t>symbol, coronation, crown, celebration, memory</w:t>
            </w:r>
          </w:p>
        </w:tc>
      </w:tr>
    </w:tbl>
    <w:p w14:paraId="660DF1D5" w14:textId="77777777" w:rsidR="00CD0EEF" w:rsidRPr="00564DF2" w:rsidRDefault="00CD0EEF" w:rsidP="00564DF2">
      <w:pPr>
        <w:spacing w:after="0"/>
        <w:rPr>
          <w:rFonts w:ascii="Century Gothic" w:hAnsi="Century Gothic"/>
        </w:rPr>
      </w:pPr>
    </w:p>
    <w:sectPr w:rsidR="00CD0EEF" w:rsidRPr="00564DF2" w:rsidSect="00564DF2">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03627725">
    <w:abstractNumId w:val="8"/>
  </w:num>
  <w:num w:numId="2" w16cid:durableId="1362583752">
    <w:abstractNumId w:val="6"/>
  </w:num>
  <w:num w:numId="3" w16cid:durableId="1648585306">
    <w:abstractNumId w:val="5"/>
  </w:num>
  <w:num w:numId="4" w16cid:durableId="1416048849">
    <w:abstractNumId w:val="4"/>
  </w:num>
  <w:num w:numId="5" w16cid:durableId="1261912244">
    <w:abstractNumId w:val="7"/>
  </w:num>
  <w:num w:numId="6" w16cid:durableId="1409379825">
    <w:abstractNumId w:val="3"/>
  </w:num>
  <w:num w:numId="7" w16cid:durableId="1063023828">
    <w:abstractNumId w:val="2"/>
  </w:num>
  <w:num w:numId="8" w16cid:durableId="1746150851">
    <w:abstractNumId w:val="1"/>
  </w:num>
  <w:num w:numId="9" w16cid:durableId="1371952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F0FFC"/>
    <w:rsid w:val="00564DF2"/>
    <w:rsid w:val="00575608"/>
    <w:rsid w:val="00AA1D8D"/>
    <w:rsid w:val="00B47730"/>
    <w:rsid w:val="00CB0664"/>
    <w:rsid w:val="00CD0EE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FF3A58"/>
  <w14:defaultImageDpi w14:val="300"/>
  <w15:docId w15:val="{2EB1F14D-251F-4629-A95C-EB115301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Anna Iliffe (CELT - Staff)</cp:lastModifiedBy>
  <cp:revision>2</cp:revision>
  <dcterms:created xsi:type="dcterms:W3CDTF">2025-11-06T20:55:00Z</dcterms:created>
  <dcterms:modified xsi:type="dcterms:W3CDTF">2025-11-06T20:55:00Z</dcterms:modified>
  <cp:category/>
</cp:coreProperties>
</file>