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9E18C" w14:textId="77777777" w:rsidR="000401D1" w:rsidRPr="00902943" w:rsidRDefault="000716BA" w:rsidP="00902943">
      <w:pPr>
        <w:spacing w:after="0"/>
        <w:rPr>
          <w:b/>
          <w:bCs/>
          <w:color w:val="0070C0"/>
        </w:rPr>
      </w:pPr>
      <w:r w:rsidRPr="00902943">
        <w:rPr>
          <w:b/>
          <w:bCs/>
          <w:color w:val="0070C0"/>
        </w:rPr>
        <w:t>LKS2 Detailed Lesson Progression for Art Year B</w:t>
      </w:r>
    </w:p>
    <w:p w14:paraId="61284741" w14:textId="77777777" w:rsidR="00902943" w:rsidRPr="00902943" w:rsidRDefault="00902943" w:rsidP="00902943">
      <w:pPr>
        <w:spacing w:after="0"/>
        <w:rPr>
          <w:b/>
          <w:bCs/>
          <w:color w:val="0070C0"/>
        </w:rPr>
      </w:pPr>
    </w:p>
    <w:p w14:paraId="79DE901F" w14:textId="0E68AFAD" w:rsidR="000401D1" w:rsidRPr="00902943" w:rsidRDefault="000716BA" w:rsidP="00902943">
      <w:pPr>
        <w:spacing w:after="0"/>
        <w:rPr>
          <w:b/>
          <w:bCs/>
          <w:color w:val="0070C0"/>
        </w:rPr>
      </w:pPr>
      <w:r w:rsidRPr="00902943">
        <w:rPr>
          <w:b/>
          <w:bCs/>
          <w:color w:val="0070C0"/>
        </w:rPr>
        <w:t>Developing drawing skills</w:t>
      </w:r>
    </w:p>
    <w:p w14:paraId="4B6026F5" w14:textId="77777777" w:rsidR="00902943" w:rsidRPr="00902943" w:rsidRDefault="00902943" w:rsidP="00902943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0401D1" w:rsidRPr="00902943" w14:paraId="2CDCC6DA" w14:textId="77777777" w:rsidTr="00902943">
        <w:tc>
          <w:tcPr>
            <w:tcW w:w="1000" w:type="pct"/>
          </w:tcPr>
          <w:p w14:paraId="6A4BF46A" w14:textId="77777777" w:rsidR="000401D1" w:rsidRPr="00902943" w:rsidRDefault="000716BA" w:rsidP="00902943">
            <w:r w:rsidRPr="00902943">
              <w:t>Lesson</w:t>
            </w:r>
          </w:p>
        </w:tc>
        <w:tc>
          <w:tcPr>
            <w:tcW w:w="1000" w:type="pct"/>
          </w:tcPr>
          <w:p w14:paraId="7EEC69C9" w14:textId="77777777" w:rsidR="000401D1" w:rsidRPr="00902943" w:rsidRDefault="000716BA" w:rsidP="00902943">
            <w:r w:rsidRPr="00902943">
              <w:t>Learning Objectives</w:t>
            </w:r>
          </w:p>
        </w:tc>
        <w:tc>
          <w:tcPr>
            <w:tcW w:w="1000" w:type="pct"/>
          </w:tcPr>
          <w:p w14:paraId="4EA337B5" w14:textId="77777777" w:rsidR="000401D1" w:rsidRPr="00902943" w:rsidRDefault="000716BA" w:rsidP="00902943">
            <w:r w:rsidRPr="00902943">
              <w:t>Core Knowledge</w:t>
            </w:r>
          </w:p>
        </w:tc>
        <w:tc>
          <w:tcPr>
            <w:tcW w:w="1000" w:type="pct"/>
          </w:tcPr>
          <w:p w14:paraId="669D05F9" w14:textId="77777777" w:rsidR="000401D1" w:rsidRPr="00902943" w:rsidRDefault="000716BA" w:rsidP="00902943">
            <w:r w:rsidRPr="00902943">
              <w:t>Core Skills</w:t>
            </w:r>
          </w:p>
        </w:tc>
        <w:tc>
          <w:tcPr>
            <w:tcW w:w="1000" w:type="pct"/>
          </w:tcPr>
          <w:p w14:paraId="30FB1EE3" w14:textId="77777777" w:rsidR="000401D1" w:rsidRPr="00902943" w:rsidRDefault="000716BA" w:rsidP="00902943">
            <w:r w:rsidRPr="00902943">
              <w:t>Vocabulary</w:t>
            </w:r>
          </w:p>
        </w:tc>
      </w:tr>
      <w:tr w:rsidR="000401D1" w:rsidRPr="00902943" w14:paraId="6A29191D" w14:textId="77777777" w:rsidTr="00902943">
        <w:tc>
          <w:tcPr>
            <w:tcW w:w="1000" w:type="pct"/>
          </w:tcPr>
          <w:p w14:paraId="2CC5719D" w14:textId="77777777" w:rsidR="000401D1" w:rsidRPr="00902943" w:rsidRDefault="000716BA" w:rsidP="00902943">
            <w:r w:rsidRPr="00902943">
              <w:t>See like an artist</w:t>
            </w:r>
          </w:p>
        </w:tc>
        <w:tc>
          <w:tcPr>
            <w:tcW w:w="1000" w:type="pct"/>
          </w:tcPr>
          <w:p w14:paraId="2DA45466" w14:textId="77777777" w:rsidR="000401D1" w:rsidRPr="00902943" w:rsidRDefault="000716BA" w:rsidP="00902943">
            <w:r w:rsidRPr="00902943">
              <w:t>Recognise shape in drawing.</w:t>
            </w:r>
          </w:p>
        </w:tc>
        <w:tc>
          <w:tcPr>
            <w:tcW w:w="1000" w:type="pct"/>
          </w:tcPr>
          <w:p w14:paraId="1446A805" w14:textId="77777777" w:rsidR="000401D1" w:rsidRPr="00902943" w:rsidRDefault="000716BA" w:rsidP="00902943">
            <w:r w:rsidRPr="00902943">
              <w:t xml:space="preserve">Artists </w:t>
            </w:r>
            <w:proofErr w:type="gramStart"/>
            <w:r w:rsidRPr="00902943">
              <w:t>simplify to</w:t>
            </w:r>
            <w:proofErr w:type="gramEnd"/>
            <w:r w:rsidRPr="00902943">
              <w:t xml:space="preserve"> shapes.</w:t>
            </w:r>
          </w:p>
        </w:tc>
        <w:tc>
          <w:tcPr>
            <w:tcW w:w="1000" w:type="pct"/>
          </w:tcPr>
          <w:p w14:paraId="75A88EEC" w14:textId="77777777" w:rsidR="000401D1" w:rsidRPr="00902943" w:rsidRDefault="000716BA" w:rsidP="00902943">
            <w:r w:rsidRPr="00902943">
              <w:t>Observation.</w:t>
            </w:r>
          </w:p>
        </w:tc>
        <w:tc>
          <w:tcPr>
            <w:tcW w:w="1000" w:type="pct"/>
          </w:tcPr>
          <w:p w14:paraId="5E7FDC08" w14:textId="77777777" w:rsidR="000401D1" w:rsidRPr="00902943" w:rsidRDefault="000716BA" w:rsidP="00902943">
            <w:r w:rsidRPr="00902943">
              <w:t>observation</w:t>
            </w:r>
          </w:p>
        </w:tc>
      </w:tr>
      <w:tr w:rsidR="000401D1" w:rsidRPr="00902943" w14:paraId="7630A57E" w14:textId="77777777" w:rsidTr="00902943">
        <w:tc>
          <w:tcPr>
            <w:tcW w:w="1000" w:type="pct"/>
          </w:tcPr>
          <w:p w14:paraId="45B55131" w14:textId="77777777" w:rsidR="000401D1" w:rsidRPr="00902943" w:rsidRDefault="000716BA" w:rsidP="00902943">
            <w:r w:rsidRPr="00902943">
              <w:t>Shading</w:t>
            </w:r>
          </w:p>
        </w:tc>
        <w:tc>
          <w:tcPr>
            <w:tcW w:w="1000" w:type="pct"/>
          </w:tcPr>
          <w:p w14:paraId="57F88E9B" w14:textId="77777777" w:rsidR="000401D1" w:rsidRPr="00902943" w:rsidRDefault="000716BA" w:rsidP="00902943">
            <w:r w:rsidRPr="00902943">
              <w:t>Blend tones.</w:t>
            </w:r>
          </w:p>
        </w:tc>
        <w:tc>
          <w:tcPr>
            <w:tcW w:w="1000" w:type="pct"/>
          </w:tcPr>
          <w:p w14:paraId="7583A6EC" w14:textId="77777777" w:rsidR="000401D1" w:rsidRPr="00902943" w:rsidRDefault="000716BA" w:rsidP="00902943">
            <w:r w:rsidRPr="00902943">
              <w:t>Four shading rules.</w:t>
            </w:r>
          </w:p>
        </w:tc>
        <w:tc>
          <w:tcPr>
            <w:tcW w:w="1000" w:type="pct"/>
          </w:tcPr>
          <w:p w14:paraId="56A7AB09" w14:textId="77777777" w:rsidR="000401D1" w:rsidRPr="00902943" w:rsidRDefault="000716BA" w:rsidP="00902943">
            <w:r w:rsidRPr="00902943">
              <w:t>Smooth shading.</w:t>
            </w:r>
          </w:p>
        </w:tc>
        <w:tc>
          <w:tcPr>
            <w:tcW w:w="1000" w:type="pct"/>
          </w:tcPr>
          <w:p w14:paraId="7959697C" w14:textId="77777777" w:rsidR="000401D1" w:rsidRPr="00902943" w:rsidRDefault="000716BA" w:rsidP="00902943">
            <w:r w:rsidRPr="00902943">
              <w:t>blend, tone</w:t>
            </w:r>
          </w:p>
        </w:tc>
      </w:tr>
      <w:tr w:rsidR="000401D1" w:rsidRPr="00902943" w14:paraId="57AF7EAC" w14:textId="77777777" w:rsidTr="00902943">
        <w:tc>
          <w:tcPr>
            <w:tcW w:w="1000" w:type="pct"/>
          </w:tcPr>
          <w:p w14:paraId="4349BEE5" w14:textId="77777777" w:rsidR="000401D1" w:rsidRPr="00902943" w:rsidRDefault="000716BA" w:rsidP="00902943">
            <w:r w:rsidRPr="00902943">
              <w:t>Closer look</w:t>
            </w:r>
          </w:p>
        </w:tc>
        <w:tc>
          <w:tcPr>
            <w:tcW w:w="1000" w:type="pct"/>
          </w:tcPr>
          <w:p w14:paraId="7F2D3539" w14:textId="77777777" w:rsidR="000401D1" w:rsidRPr="00902943" w:rsidRDefault="000716BA" w:rsidP="00902943">
            <w:r w:rsidRPr="00902943">
              <w:t xml:space="preserve">Add </w:t>
            </w:r>
            <w:proofErr w:type="gramStart"/>
            <w:r w:rsidRPr="00902943">
              <w:t>detail</w:t>
            </w:r>
            <w:proofErr w:type="gramEnd"/>
            <w:r w:rsidRPr="00902943">
              <w:t xml:space="preserve"> carefully.</w:t>
            </w:r>
          </w:p>
        </w:tc>
        <w:tc>
          <w:tcPr>
            <w:tcW w:w="1000" w:type="pct"/>
          </w:tcPr>
          <w:p w14:paraId="045FCA57" w14:textId="77777777" w:rsidR="000401D1" w:rsidRPr="00902943" w:rsidRDefault="000716BA" w:rsidP="00902943">
            <w:r w:rsidRPr="00902943">
              <w:t>Detail from observation.</w:t>
            </w:r>
          </w:p>
        </w:tc>
        <w:tc>
          <w:tcPr>
            <w:tcW w:w="1000" w:type="pct"/>
          </w:tcPr>
          <w:p w14:paraId="69E21E2E" w14:textId="77777777" w:rsidR="000401D1" w:rsidRPr="00902943" w:rsidRDefault="000716BA" w:rsidP="00902943">
            <w:r w:rsidRPr="00902943">
              <w:t>Precision drawing.</w:t>
            </w:r>
          </w:p>
        </w:tc>
        <w:tc>
          <w:tcPr>
            <w:tcW w:w="1000" w:type="pct"/>
          </w:tcPr>
          <w:p w14:paraId="22ACBBDB" w14:textId="77777777" w:rsidR="000401D1" w:rsidRPr="00902943" w:rsidRDefault="000716BA" w:rsidP="00902943">
            <w:r w:rsidRPr="00902943">
              <w:t>texture, pattern</w:t>
            </w:r>
          </w:p>
        </w:tc>
      </w:tr>
      <w:tr w:rsidR="000401D1" w:rsidRPr="00902943" w14:paraId="42DD567E" w14:textId="77777777" w:rsidTr="00902943">
        <w:tc>
          <w:tcPr>
            <w:tcW w:w="1000" w:type="pct"/>
          </w:tcPr>
          <w:p w14:paraId="029B7C95" w14:textId="77777777" w:rsidR="000401D1" w:rsidRPr="00902943" w:rsidRDefault="000716BA" w:rsidP="00902943">
            <w:r w:rsidRPr="00902943">
              <w:t>Imagination in bloom</w:t>
            </w:r>
          </w:p>
        </w:tc>
        <w:tc>
          <w:tcPr>
            <w:tcW w:w="1000" w:type="pct"/>
          </w:tcPr>
          <w:p w14:paraId="2207096B" w14:textId="77777777" w:rsidR="000401D1" w:rsidRPr="00902943" w:rsidRDefault="000716BA" w:rsidP="00902943">
            <w:r w:rsidRPr="00902943">
              <w:t>Use line/shape imaginatively.</w:t>
            </w:r>
          </w:p>
        </w:tc>
        <w:tc>
          <w:tcPr>
            <w:tcW w:w="1000" w:type="pct"/>
          </w:tcPr>
          <w:p w14:paraId="03010493" w14:textId="77777777" w:rsidR="000401D1" w:rsidRPr="00902943" w:rsidRDefault="000716BA" w:rsidP="00902943">
            <w:r w:rsidRPr="00902943">
              <w:t>Using shapes expressively.</w:t>
            </w:r>
          </w:p>
        </w:tc>
        <w:tc>
          <w:tcPr>
            <w:tcW w:w="1000" w:type="pct"/>
          </w:tcPr>
          <w:p w14:paraId="59193672" w14:textId="77777777" w:rsidR="000401D1" w:rsidRPr="00902943" w:rsidRDefault="000716BA" w:rsidP="00902943">
            <w:r w:rsidRPr="00902943">
              <w:t>Creative mark</w:t>
            </w:r>
            <w:r w:rsidRPr="00902943">
              <w:rPr>
                <w:rFonts w:ascii="Cambria Math" w:hAnsi="Cambria Math" w:cs="Cambria Math"/>
              </w:rPr>
              <w:t>‑</w:t>
            </w:r>
            <w:r w:rsidRPr="00902943">
              <w:t>making.</w:t>
            </w:r>
          </w:p>
        </w:tc>
        <w:tc>
          <w:tcPr>
            <w:tcW w:w="1000" w:type="pct"/>
          </w:tcPr>
          <w:p w14:paraId="374A925A" w14:textId="77777777" w:rsidR="000401D1" w:rsidRPr="00902943" w:rsidRDefault="000716BA" w:rsidP="00902943">
            <w:r w:rsidRPr="00902943">
              <w:t>organic, shape</w:t>
            </w:r>
          </w:p>
        </w:tc>
      </w:tr>
      <w:tr w:rsidR="000401D1" w:rsidRPr="00902943" w14:paraId="783130ED" w14:textId="77777777" w:rsidTr="00902943">
        <w:tc>
          <w:tcPr>
            <w:tcW w:w="1000" w:type="pct"/>
          </w:tcPr>
          <w:p w14:paraId="404C0AC5" w14:textId="77777777" w:rsidR="000401D1" w:rsidRPr="00902943" w:rsidRDefault="000716BA" w:rsidP="00902943">
            <w:r w:rsidRPr="00902943">
              <w:t>Paper to pixels</w:t>
            </w:r>
          </w:p>
        </w:tc>
        <w:tc>
          <w:tcPr>
            <w:tcW w:w="1000" w:type="pct"/>
          </w:tcPr>
          <w:p w14:paraId="40461017" w14:textId="77777777" w:rsidR="000401D1" w:rsidRPr="00902943" w:rsidRDefault="000716BA" w:rsidP="00902943">
            <w:r w:rsidRPr="00902943">
              <w:t>Use digital tools.</w:t>
            </w:r>
          </w:p>
        </w:tc>
        <w:tc>
          <w:tcPr>
            <w:tcW w:w="1000" w:type="pct"/>
          </w:tcPr>
          <w:p w14:paraId="5AE42B1B" w14:textId="77777777" w:rsidR="000401D1" w:rsidRPr="00902943" w:rsidRDefault="000716BA" w:rsidP="00902943">
            <w:r w:rsidRPr="00902943">
              <w:t>Digital tone/line.</w:t>
            </w:r>
          </w:p>
        </w:tc>
        <w:tc>
          <w:tcPr>
            <w:tcW w:w="1000" w:type="pct"/>
          </w:tcPr>
          <w:p w14:paraId="7E568219" w14:textId="77777777" w:rsidR="000401D1" w:rsidRPr="00902943" w:rsidRDefault="000716BA" w:rsidP="00902943">
            <w:r w:rsidRPr="00902943">
              <w:t>Digital drawing.</w:t>
            </w:r>
          </w:p>
        </w:tc>
        <w:tc>
          <w:tcPr>
            <w:tcW w:w="1000" w:type="pct"/>
          </w:tcPr>
          <w:p w14:paraId="57C9EA5F" w14:textId="77777777" w:rsidR="000401D1" w:rsidRPr="00902943" w:rsidRDefault="000716BA" w:rsidP="00902943">
            <w:r w:rsidRPr="00902943">
              <w:t>digital, tone</w:t>
            </w:r>
          </w:p>
        </w:tc>
      </w:tr>
    </w:tbl>
    <w:p w14:paraId="46187B4B" w14:textId="77777777" w:rsidR="00902943" w:rsidRDefault="00902943" w:rsidP="00902943">
      <w:pPr>
        <w:spacing w:after="0"/>
      </w:pPr>
    </w:p>
    <w:p w14:paraId="122EDBF4" w14:textId="6C4C4C50" w:rsidR="000401D1" w:rsidRPr="00902943" w:rsidRDefault="000716BA" w:rsidP="00902943">
      <w:pPr>
        <w:spacing w:after="0"/>
        <w:rPr>
          <w:b/>
          <w:bCs/>
          <w:color w:val="0070C0"/>
        </w:rPr>
      </w:pPr>
      <w:r w:rsidRPr="00902943">
        <w:rPr>
          <w:b/>
          <w:bCs/>
          <w:color w:val="0070C0"/>
        </w:rPr>
        <w:t>Prehistoric painting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0401D1" w:rsidRPr="00902943" w14:paraId="305D0761" w14:textId="77777777" w:rsidTr="00902943">
        <w:tc>
          <w:tcPr>
            <w:tcW w:w="1000" w:type="pct"/>
          </w:tcPr>
          <w:p w14:paraId="2AB8C9D4" w14:textId="77777777" w:rsidR="000401D1" w:rsidRPr="00902943" w:rsidRDefault="000716BA" w:rsidP="00902943">
            <w:r w:rsidRPr="00902943">
              <w:t>Lesson</w:t>
            </w:r>
          </w:p>
        </w:tc>
        <w:tc>
          <w:tcPr>
            <w:tcW w:w="1000" w:type="pct"/>
          </w:tcPr>
          <w:p w14:paraId="0E23879C" w14:textId="77777777" w:rsidR="000401D1" w:rsidRPr="00902943" w:rsidRDefault="000716BA" w:rsidP="00902943">
            <w:r w:rsidRPr="00902943">
              <w:t>Learning Objectives</w:t>
            </w:r>
          </w:p>
        </w:tc>
        <w:tc>
          <w:tcPr>
            <w:tcW w:w="1000" w:type="pct"/>
          </w:tcPr>
          <w:p w14:paraId="04162AFE" w14:textId="77777777" w:rsidR="000401D1" w:rsidRPr="00902943" w:rsidRDefault="000716BA" w:rsidP="00902943">
            <w:r w:rsidRPr="00902943">
              <w:t>Core Knowledge</w:t>
            </w:r>
          </w:p>
        </w:tc>
        <w:tc>
          <w:tcPr>
            <w:tcW w:w="1000" w:type="pct"/>
          </w:tcPr>
          <w:p w14:paraId="617BF20B" w14:textId="77777777" w:rsidR="000401D1" w:rsidRPr="00902943" w:rsidRDefault="000716BA" w:rsidP="00902943">
            <w:r w:rsidRPr="00902943">
              <w:t>Core Skills</w:t>
            </w:r>
          </w:p>
        </w:tc>
        <w:tc>
          <w:tcPr>
            <w:tcW w:w="1000" w:type="pct"/>
          </w:tcPr>
          <w:p w14:paraId="6B016A6F" w14:textId="77777777" w:rsidR="000401D1" w:rsidRPr="00902943" w:rsidRDefault="000716BA" w:rsidP="00902943">
            <w:r w:rsidRPr="00902943">
              <w:t>Vocabulary</w:t>
            </w:r>
          </w:p>
        </w:tc>
      </w:tr>
      <w:tr w:rsidR="000401D1" w:rsidRPr="00902943" w14:paraId="31997391" w14:textId="77777777" w:rsidTr="00902943">
        <w:tc>
          <w:tcPr>
            <w:tcW w:w="1000" w:type="pct"/>
          </w:tcPr>
          <w:p w14:paraId="7BF0F32B" w14:textId="77777777" w:rsidR="000401D1" w:rsidRPr="00902943" w:rsidRDefault="000716BA" w:rsidP="00902943">
            <w:r w:rsidRPr="00902943">
              <w:t>Prehistoric art</w:t>
            </w:r>
          </w:p>
        </w:tc>
        <w:tc>
          <w:tcPr>
            <w:tcW w:w="1000" w:type="pct"/>
          </w:tcPr>
          <w:p w14:paraId="65ADBE24" w14:textId="77777777" w:rsidR="000401D1" w:rsidRPr="00902943" w:rsidRDefault="000716BA" w:rsidP="00902943">
            <w:r w:rsidRPr="00902943">
              <w:t>Explore prehistoric art.</w:t>
            </w:r>
          </w:p>
        </w:tc>
        <w:tc>
          <w:tcPr>
            <w:tcW w:w="1000" w:type="pct"/>
          </w:tcPr>
          <w:p w14:paraId="55645F4A" w14:textId="77777777" w:rsidR="000401D1" w:rsidRPr="00902943" w:rsidRDefault="000716BA" w:rsidP="00902943">
            <w:r w:rsidRPr="00902943">
              <w:t>Processes &amp; history.</w:t>
            </w:r>
          </w:p>
        </w:tc>
        <w:tc>
          <w:tcPr>
            <w:tcW w:w="1000" w:type="pct"/>
          </w:tcPr>
          <w:p w14:paraId="06A88F86" w14:textId="77777777" w:rsidR="000401D1" w:rsidRPr="00902943" w:rsidRDefault="000716BA" w:rsidP="00902943">
            <w:r w:rsidRPr="00902943">
              <w:t>Charcoal use.</w:t>
            </w:r>
          </w:p>
        </w:tc>
        <w:tc>
          <w:tcPr>
            <w:tcW w:w="1000" w:type="pct"/>
          </w:tcPr>
          <w:p w14:paraId="0B96C1E7" w14:textId="77777777" w:rsidR="000401D1" w:rsidRPr="00902943" w:rsidRDefault="000716BA" w:rsidP="00902943">
            <w:r w:rsidRPr="00902943">
              <w:t>prehistoric, charcoal</w:t>
            </w:r>
          </w:p>
        </w:tc>
      </w:tr>
      <w:tr w:rsidR="000401D1" w:rsidRPr="00902943" w14:paraId="3091AAC5" w14:textId="77777777" w:rsidTr="00902943">
        <w:tc>
          <w:tcPr>
            <w:tcW w:w="1000" w:type="pct"/>
          </w:tcPr>
          <w:p w14:paraId="66F34170" w14:textId="77777777" w:rsidR="000401D1" w:rsidRPr="00902943" w:rsidRDefault="000716BA" w:rsidP="00902943">
            <w:r w:rsidRPr="00902943">
              <w:t>Charcoal animals</w:t>
            </w:r>
          </w:p>
        </w:tc>
        <w:tc>
          <w:tcPr>
            <w:tcW w:w="1000" w:type="pct"/>
          </w:tcPr>
          <w:p w14:paraId="1D2255A2" w14:textId="77777777" w:rsidR="000401D1" w:rsidRPr="00902943" w:rsidRDefault="000716BA" w:rsidP="00902943">
            <w:r w:rsidRPr="00902943">
              <w:t>Scale up drawings.</w:t>
            </w:r>
          </w:p>
        </w:tc>
        <w:tc>
          <w:tcPr>
            <w:tcW w:w="1000" w:type="pct"/>
          </w:tcPr>
          <w:p w14:paraId="493BE990" w14:textId="77777777" w:rsidR="000401D1" w:rsidRPr="00902943" w:rsidRDefault="000716BA" w:rsidP="00902943">
            <w:r w:rsidRPr="00902943">
              <w:t>Scaling techniques.</w:t>
            </w:r>
          </w:p>
        </w:tc>
        <w:tc>
          <w:tcPr>
            <w:tcW w:w="1000" w:type="pct"/>
          </w:tcPr>
          <w:p w14:paraId="1A7C1E9E" w14:textId="77777777" w:rsidR="000401D1" w:rsidRPr="00902943" w:rsidRDefault="000716BA" w:rsidP="00902943">
            <w:r w:rsidRPr="00902943">
              <w:t>Charcoal smudging.</w:t>
            </w:r>
          </w:p>
        </w:tc>
        <w:tc>
          <w:tcPr>
            <w:tcW w:w="1000" w:type="pct"/>
          </w:tcPr>
          <w:p w14:paraId="26AF5D0E" w14:textId="77777777" w:rsidR="000401D1" w:rsidRPr="00902943" w:rsidRDefault="000716BA" w:rsidP="00902943">
            <w:r w:rsidRPr="00902943">
              <w:t>scaled up, proportion</w:t>
            </w:r>
          </w:p>
        </w:tc>
      </w:tr>
      <w:tr w:rsidR="000401D1" w:rsidRPr="00902943" w14:paraId="37500F05" w14:textId="77777777" w:rsidTr="00902943">
        <w:tc>
          <w:tcPr>
            <w:tcW w:w="1000" w:type="pct"/>
          </w:tcPr>
          <w:p w14:paraId="5F510262" w14:textId="77777777" w:rsidR="000401D1" w:rsidRPr="00902943" w:rsidRDefault="000716BA" w:rsidP="00902943">
            <w:r w:rsidRPr="00902943">
              <w:t>Prehistoric palette</w:t>
            </w:r>
          </w:p>
        </w:tc>
        <w:tc>
          <w:tcPr>
            <w:tcW w:w="1000" w:type="pct"/>
          </w:tcPr>
          <w:p w14:paraId="41D559FF" w14:textId="77777777" w:rsidR="000401D1" w:rsidRPr="00902943" w:rsidRDefault="000716BA" w:rsidP="00902943">
            <w:r w:rsidRPr="00902943">
              <w:t>Create pigments.</w:t>
            </w:r>
          </w:p>
        </w:tc>
        <w:tc>
          <w:tcPr>
            <w:tcW w:w="1000" w:type="pct"/>
          </w:tcPr>
          <w:p w14:paraId="30EA50CC" w14:textId="77777777" w:rsidR="000401D1" w:rsidRPr="00902943" w:rsidRDefault="000716BA" w:rsidP="00902943">
            <w:r w:rsidRPr="00902943">
              <w:t>Natural pigment sources.</w:t>
            </w:r>
          </w:p>
        </w:tc>
        <w:tc>
          <w:tcPr>
            <w:tcW w:w="1000" w:type="pct"/>
          </w:tcPr>
          <w:p w14:paraId="282A6EB0" w14:textId="77777777" w:rsidR="000401D1" w:rsidRPr="00902943" w:rsidRDefault="000716BA" w:rsidP="00902943">
            <w:r w:rsidRPr="00902943">
              <w:t>Colour mixing.</w:t>
            </w:r>
          </w:p>
        </w:tc>
        <w:tc>
          <w:tcPr>
            <w:tcW w:w="1000" w:type="pct"/>
          </w:tcPr>
          <w:p w14:paraId="7EE521D6" w14:textId="77777777" w:rsidR="000401D1" w:rsidRPr="00902943" w:rsidRDefault="000716BA" w:rsidP="00902943">
            <w:r w:rsidRPr="00902943">
              <w:t>pigment, smudge</w:t>
            </w:r>
          </w:p>
        </w:tc>
      </w:tr>
      <w:tr w:rsidR="000401D1" w:rsidRPr="00902943" w14:paraId="3597DE09" w14:textId="77777777" w:rsidTr="00902943">
        <w:tc>
          <w:tcPr>
            <w:tcW w:w="1000" w:type="pct"/>
          </w:tcPr>
          <w:p w14:paraId="155D0B76" w14:textId="77777777" w:rsidR="000401D1" w:rsidRPr="00902943" w:rsidRDefault="000716BA" w:rsidP="00902943">
            <w:r w:rsidRPr="00902943">
              <w:t>Cave wall painting</w:t>
            </w:r>
          </w:p>
        </w:tc>
        <w:tc>
          <w:tcPr>
            <w:tcW w:w="1000" w:type="pct"/>
          </w:tcPr>
          <w:p w14:paraId="2D8D5CC6" w14:textId="77777777" w:rsidR="000401D1" w:rsidRPr="00902943" w:rsidRDefault="000716BA" w:rsidP="00902943">
            <w:r w:rsidRPr="00902943">
              <w:t>Select tools/techniques.</w:t>
            </w:r>
          </w:p>
        </w:tc>
        <w:tc>
          <w:tcPr>
            <w:tcW w:w="1000" w:type="pct"/>
          </w:tcPr>
          <w:p w14:paraId="232CE688" w14:textId="77777777" w:rsidR="000401D1" w:rsidRPr="00902943" w:rsidRDefault="000716BA" w:rsidP="00902943">
            <w:r w:rsidRPr="00902943">
              <w:t>Textures in cave art.</w:t>
            </w:r>
          </w:p>
        </w:tc>
        <w:tc>
          <w:tcPr>
            <w:tcW w:w="1000" w:type="pct"/>
          </w:tcPr>
          <w:p w14:paraId="0C94B7A4" w14:textId="77777777" w:rsidR="000401D1" w:rsidRPr="00902943" w:rsidRDefault="000716BA" w:rsidP="00902943">
            <w:r w:rsidRPr="00902943">
              <w:t>Layering paint.</w:t>
            </w:r>
          </w:p>
        </w:tc>
        <w:tc>
          <w:tcPr>
            <w:tcW w:w="1000" w:type="pct"/>
          </w:tcPr>
          <w:p w14:paraId="4055C5F3" w14:textId="77777777" w:rsidR="000401D1" w:rsidRPr="00902943" w:rsidRDefault="000716BA" w:rsidP="00902943">
            <w:r w:rsidRPr="00902943">
              <w:t>texture</w:t>
            </w:r>
          </w:p>
        </w:tc>
      </w:tr>
      <w:tr w:rsidR="000401D1" w:rsidRPr="00902943" w14:paraId="1C0A8A8F" w14:textId="77777777" w:rsidTr="00902943">
        <w:tc>
          <w:tcPr>
            <w:tcW w:w="1000" w:type="pct"/>
          </w:tcPr>
          <w:p w14:paraId="1E2DC22F" w14:textId="77777777" w:rsidR="000401D1" w:rsidRPr="00902943" w:rsidRDefault="000716BA" w:rsidP="00902943">
            <w:r w:rsidRPr="00902943">
              <w:t>Handprints</w:t>
            </w:r>
          </w:p>
        </w:tc>
        <w:tc>
          <w:tcPr>
            <w:tcW w:w="1000" w:type="pct"/>
          </w:tcPr>
          <w:p w14:paraId="5C7F406B" w14:textId="77777777" w:rsidR="000401D1" w:rsidRPr="00902943" w:rsidRDefault="000716BA" w:rsidP="00902943">
            <w:r w:rsidRPr="00902943">
              <w:t>Use positive/negative prints.</w:t>
            </w:r>
          </w:p>
        </w:tc>
        <w:tc>
          <w:tcPr>
            <w:tcW w:w="1000" w:type="pct"/>
          </w:tcPr>
          <w:p w14:paraId="18D71D51" w14:textId="77777777" w:rsidR="000401D1" w:rsidRPr="00902943" w:rsidRDefault="000716BA" w:rsidP="00902943">
            <w:r w:rsidRPr="00902943">
              <w:t>Different print types.</w:t>
            </w:r>
          </w:p>
        </w:tc>
        <w:tc>
          <w:tcPr>
            <w:tcW w:w="1000" w:type="pct"/>
          </w:tcPr>
          <w:p w14:paraId="0F8C7B1B" w14:textId="77777777" w:rsidR="000401D1" w:rsidRPr="00902943" w:rsidRDefault="000716BA" w:rsidP="00902943">
            <w:r w:rsidRPr="00902943">
              <w:t>Printing.</w:t>
            </w:r>
          </w:p>
        </w:tc>
        <w:tc>
          <w:tcPr>
            <w:tcW w:w="1000" w:type="pct"/>
          </w:tcPr>
          <w:p w14:paraId="1B5B63A6" w14:textId="77777777" w:rsidR="000401D1" w:rsidRPr="00902943" w:rsidRDefault="000716BA" w:rsidP="00902943">
            <w:r w:rsidRPr="00902943">
              <w:t>positive, negative</w:t>
            </w:r>
          </w:p>
        </w:tc>
      </w:tr>
    </w:tbl>
    <w:p w14:paraId="3EE71853" w14:textId="77777777" w:rsidR="00902943" w:rsidRDefault="00902943" w:rsidP="00902943">
      <w:pPr>
        <w:spacing w:after="0"/>
      </w:pPr>
    </w:p>
    <w:p w14:paraId="5B724CB7" w14:textId="2DD77D1A" w:rsidR="000401D1" w:rsidRPr="00902943" w:rsidRDefault="000716BA" w:rsidP="00902943">
      <w:pPr>
        <w:spacing w:after="0"/>
        <w:rPr>
          <w:b/>
          <w:bCs/>
          <w:color w:val="0070C0"/>
        </w:rPr>
      </w:pPr>
      <w:r w:rsidRPr="00902943">
        <w:rPr>
          <w:b/>
          <w:bCs/>
          <w:color w:val="0070C0"/>
        </w:rPr>
        <w:t>Ancient Egyptian scrolls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0401D1" w:rsidRPr="00902943" w14:paraId="7272410A" w14:textId="77777777" w:rsidTr="00902943">
        <w:tc>
          <w:tcPr>
            <w:tcW w:w="1000" w:type="pct"/>
          </w:tcPr>
          <w:p w14:paraId="4AF5EE3C" w14:textId="77777777" w:rsidR="000401D1" w:rsidRPr="00902943" w:rsidRDefault="000716BA" w:rsidP="00902943">
            <w:r w:rsidRPr="00902943">
              <w:t>Lesson</w:t>
            </w:r>
          </w:p>
        </w:tc>
        <w:tc>
          <w:tcPr>
            <w:tcW w:w="1000" w:type="pct"/>
          </w:tcPr>
          <w:p w14:paraId="57C140E6" w14:textId="77777777" w:rsidR="000401D1" w:rsidRPr="00902943" w:rsidRDefault="000716BA" w:rsidP="00902943">
            <w:r w:rsidRPr="00902943">
              <w:t>Learning Objectives</w:t>
            </w:r>
          </w:p>
        </w:tc>
        <w:tc>
          <w:tcPr>
            <w:tcW w:w="1000" w:type="pct"/>
          </w:tcPr>
          <w:p w14:paraId="2BE38DE0" w14:textId="77777777" w:rsidR="000401D1" w:rsidRPr="00902943" w:rsidRDefault="000716BA" w:rsidP="00902943">
            <w:r w:rsidRPr="00902943">
              <w:t>Core Knowledge</w:t>
            </w:r>
          </w:p>
        </w:tc>
        <w:tc>
          <w:tcPr>
            <w:tcW w:w="1000" w:type="pct"/>
          </w:tcPr>
          <w:p w14:paraId="53C68771" w14:textId="77777777" w:rsidR="000401D1" w:rsidRPr="00902943" w:rsidRDefault="000716BA" w:rsidP="00902943">
            <w:r w:rsidRPr="00902943">
              <w:t>Core Skills</w:t>
            </w:r>
          </w:p>
        </w:tc>
        <w:tc>
          <w:tcPr>
            <w:tcW w:w="1000" w:type="pct"/>
          </w:tcPr>
          <w:p w14:paraId="0246D551" w14:textId="77777777" w:rsidR="000401D1" w:rsidRPr="00902943" w:rsidRDefault="000716BA" w:rsidP="00902943">
            <w:r w:rsidRPr="00902943">
              <w:t>Vocabulary</w:t>
            </w:r>
          </w:p>
        </w:tc>
      </w:tr>
      <w:tr w:rsidR="000401D1" w:rsidRPr="00902943" w14:paraId="66CFDE4C" w14:textId="77777777" w:rsidTr="00902943">
        <w:tc>
          <w:tcPr>
            <w:tcW w:w="1000" w:type="pct"/>
          </w:tcPr>
          <w:p w14:paraId="24361AD1" w14:textId="77777777" w:rsidR="000401D1" w:rsidRPr="00902943" w:rsidRDefault="000716BA" w:rsidP="00902943">
            <w:r w:rsidRPr="00902943">
              <w:t>Exploring Egyptian art</w:t>
            </w:r>
          </w:p>
        </w:tc>
        <w:tc>
          <w:tcPr>
            <w:tcW w:w="1000" w:type="pct"/>
          </w:tcPr>
          <w:p w14:paraId="4AAF89FC" w14:textId="77777777" w:rsidR="000401D1" w:rsidRPr="00902943" w:rsidRDefault="000716BA" w:rsidP="00902943">
            <w:r w:rsidRPr="00902943">
              <w:t>Investigate patterns/style.</w:t>
            </w:r>
          </w:p>
        </w:tc>
        <w:tc>
          <w:tcPr>
            <w:tcW w:w="1000" w:type="pct"/>
          </w:tcPr>
          <w:p w14:paraId="4B4D5C04" w14:textId="77777777" w:rsidR="000401D1" w:rsidRPr="00902943" w:rsidRDefault="000716BA" w:rsidP="00902943">
            <w:r w:rsidRPr="00902943">
              <w:t>Characteristics of Egyptian art.</w:t>
            </w:r>
          </w:p>
        </w:tc>
        <w:tc>
          <w:tcPr>
            <w:tcW w:w="1000" w:type="pct"/>
          </w:tcPr>
          <w:p w14:paraId="71CFECA0" w14:textId="77777777" w:rsidR="000401D1" w:rsidRPr="00902943" w:rsidRDefault="000716BA" w:rsidP="00902943">
            <w:r w:rsidRPr="00902943">
              <w:t>Observation drawing.</w:t>
            </w:r>
          </w:p>
        </w:tc>
        <w:tc>
          <w:tcPr>
            <w:tcW w:w="1000" w:type="pct"/>
          </w:tcPr>
          <w:p w14:paraId="50B5BAE6" w14:textId="77777777" w:rsidR="000401D1" w:rsidRPr="00902943" w:rsidRDefault="000716BA" w:rsidP="00902943">
            <w:r w:rsidRPr="00902943">
              <w:t>Egyptian, pattern</w:t>
            </w:r>
          </w:p>
        </w:tc>
      </w:tr>
      <w:tr w:rsidR="000401D1" w:rsidRPr="00902943" w14:paraId="0CD8429C" w14:textId="77777777" w:rsidTr="00902943">
        <w:tc>
          <w:tcPr>
            <w:tcW w:w="1000" w:type="pct"/>
          </w:tcPr>
          <w:p w14:paraId="4F8FF428" w14:textId="77777777" w:rsidR="000401D1" w:rsidRPr="00902943" w:rsidRDefault="000716BA" w:rsidP="00902943">
            <w:r w:rsidRPr="00902943">
              <w:t>Designing scrolls</w:t>
            </w:r>
          </w:p>
        </w:tc>
        <w:tc>
          <w:tcPr>
            <w:tcW w:w="1000" w:type="pct"/>
          </w:tcPr>
          <w:p w14:paraId="6096879C" w14:textId="77777777" w:rsidR="000401D1" w:rsidRPr="00902943" w:rsidRDefault="000716BA" w:rsidP="00902943">
            <w:r w:rsidRPr="00902943">
              <w:t>Apply design principles.</w:t>
            </w:r>
          </w:p>
        </w:tc>
        <w:tc>
          <w:tcPr>
            <w:tcW w:w="1000" w:type="pct"/>
          </w:tcPr>
          <w:p w14:paraId="09DD46CA" w14:textId="77777777" w:rsidR="000401D1" w:rsidRPr="00902943" w:rsidRDefault="000716BA" w:rsidP="00902943">
            <w:r w:rsidRPr="00902943">
              <w:t>Composition rules.</w:t>
            </w:r>
          </w:p>
        </w:tc>
        <w:tc>
          <w:tcPr>
            <w:tcW w:w="1000" w:type="pct"/>
          </w:tcPr>
          <w:p w14:paraId="08F16211" w14:textId="77777777" w:rsidR="000401D1" w:rsidRPr="00902943" w:rsidRDefault="000716BA" w:rsidP="00902943">
            <w:r w:rsidRPr="00902943">
              <w:t>Design planning.</w:t>
            </w:r>
          </w:p>
        </w:tc>
        <w:tc>
          <w:tcPr>
            <w:tcW w:w="1000" w:type="pct"/>
          </w:tcPr>
          <w:p w14:paraId="2F4BDFDF" w14:textId="77777777" w:rsidR="000401D1" w:rsidRPr="00902943" w:rsidRDefault="000716BA" w:rsidP="00902943">
            <w:r w:rsidRPr="00902943">
              <w:t>design, composition</w:t>
            </w:r>
          </w:p>
        </w:tc>
      </w:tr>
      <w:tr w:rsidR="000401D1" w:rsidRPr="00902943" w14:paraId="0BE8A1BA" w14:textId="77777777" w:rsidTr="00902943">
        <w:tc>
          <w:tcPr>
            <w:tcW w:w="1000" w:type="pct"/>
          </w:tcPr>
          <w:p w14:paraId="5F8010EB" w14:textId="77777777" w:rsidR="000401D1" w:rsidRPr="00902943" w:rsidRDefault="000716BA" w:rsidP="00902943">
            <w:r w:rsidRPr="00902943">
              <w:t>Making paper</w:t>
            </w:r>
          </w:p>
        </w:tc>
        <w:tc>
          <w:tcPr>
            <w:tcW w:w="1000" w:type="pct"/>
          </w:tcPr>
          <w:p w14:paraId="4F15F4B1" w14:textId="77777777" w:rsidR="000401D1" w:rsidRPr="00902943" w:rsidRDefault="000716BA" w:rsidP="00902943">
            <w:r w:rsidRPr="00902943">
              <w:t>Create papyrus.</w:t>
            </w:r>
          </w:p>
        </w:tc>
        <w:tc>
          <w:tcPr>
            <w:tcW w:w="1000" w:type="pct"/>
          </w:tcPr>
          <w:p w14:paraId="185904AB" w14:textId="77777777" w:rsidR="000401D1" w:rsidRPr="00902943" w:rsidRDefault="000716BA" w:rsidP="00902943">
            <w:r w:rsidRPr="00902943">
              <w:t>Ancient techniques.</w:t>
            </w:r>
          </w:p>
        </w:tc>
        <w:tc>
          <w:tcPr>
            <w:tcW w:w="1000" w:type="pct"/>
          </w:tcPr>
          <w:p w14:paraId="2A14C9D9" w14:textId="77777777" w:rsidR="000401D1" w:rsidRPr="00902943" w:rsidRDefault="000716BA" w:rsidP="00902943">
            <w:r w:rsidRPr="00902943">
              <w:t>Constructing material.</w:t>
            </w:r>
          </w:p>
        </w:tc>
        <w:tc>
          <w:tcPr>
            <w:tcW w:w="1000" w:type="pct"/>
          </w:tcPr>
          <w:p w14:paraId="7A90465F" w14:textId="77777777" w:rsidR="000401D1" w:rsidRPr="00902943" w:rsidRDefault="000716BA" w:rsidP="00902943">
            <w:r w:rsidRPr="00902943">
              <w:t>papyrus, process</w:t>
            </w:r>
          </w:p>
        </w:tc>
      </w:tr>
      <w:tr w:rsidR="000401D1" w:rsidRPr="00902943" w14:paraId="02984BE7" w14:textId="77777777" w:rsidTr="00902943">
        <w:tc>
          <w:tcPr>
            <w:tcW w:w="1000" w:type="pct"/>
          </w:tcPr>
          <w:p w14:paraId="76910FBE" w14:textId="77777777" w:rsidR="000401D1" w:rsidRPr="00902943" w:rsidRDefault="000716BA" w:rsidP="00902943">
            <w:r w:rsidRPr="00902943">
              <w:t>Scroll making</w:t>
            </w:r>
          </w:p>
        </w:tc>
        <w:tc>
          <w:tcPr>
            <w:tcW w:w="1000" w:type="pct"/>
          </w:tcPr>
          <w:p w14:paraId="3615EE8D" w14:textId="77777777" w:rsidR="000401D1" w:rsidRPr="00902943" w:rsidRDefault="000716BA" w:rsidP="00902943">
            <w:r w:rsidRPr="00902943">
              <w:t>Draw/paint in style.</w:t>
            </w:r>
          </w:p>
        </w:tc>
        <w:tc>
          <w:tcPr>
            <w:tcW w:w="1000" w:type="pct"/>
          </w:tcPr>
          <w:p w14:paraId="026D5AE3" w14:textId="77777777" w:rsidR="000401D1" w:rsidRPr="00902943" w:rsidRDefault="000716BA" w:rsidP="00902943">
            <w:r w:rsidRPr="00902943">
              <w:t>Working on scrolls.</w:t>
            </w:r>
          </w:p>
        </w:tc>
        <w:tc>
          <w:tcPr>
            <w:tcW w:w="1000" w:type="pct"/>
          </w:tcPr>
          <w:p w14:paraId="38446AC4" w14:textId="77777777" w:rsidR="000401D1" w:rsidRPr="00902943" w:rsidRDefault="000716BA" w:rsidP="00902943">
            <w:r w:rsidRPr="00902943">
              <w:t>Painting detail.</w:t>
            </w:r>
          </w:p>
        </w:tc>
        <w:tc>
          <w:tcPr>
            <w:tcW w:w="1000" w:type="pct"/>
          </w:tcPr>
          <w:p w14:paraId="33C0B2CE" w14:textId="77777777" w:rsidR="000401D1" w:rsidRPr="00902943" w:rsidRDefault="000716BA" w:rsidP="00902943">
            <w:r w:rsidRPr="00902943">
              <w:t>scroll, imagery</w:t>
            </w:r>
          </w:p>
        </w:tc>
      </w:tr>
      <w:tr w:rsidR="000401D1" w:rsidRPr="00902943" w14:paraId="16EB8433" w14:textId="77777777" w:rsidTr="00902943">
        <w:tc>
          <w:tcPr>
            <w:tcW w:w="1000" w:type="pct"/>
          </w:tcPr>
          <w:p w14:paraId="27A47FD6" w14:textId="77777777" w:rsidR="000401D1" w:rsidRPr="00902943" w:rsidRDefault="000716BA" w:rsidP="00902943">
            <w:r w:rsidRPr="00902943">
              <w:t>Zines</w:t>
            </w:r>
          </w:p>
        </w:tc>
        <w:tc>
          <w:tcPr>
            <w:tcW w:w="1000" w:type="pct"/>
          </w:tcPr>
          <w:p w14:paraId="6CC900F2" w14:textId="77777777" w:rsidR="000401D1" w:rsidRPr="00902943" w:rsidRDefault="000716BA" w:rsidP="00902943">
            <w:r w:rsidRPr="00902943">
              <w:t>Create contemporary response.</w:t>
            </w:r>
          </w:p>
        </w:tc>
        <w:tc>
          <w:tcPr>
            <w:tcW w:w="1000" w:type="pct"/>
          </w:tcPr>
          <w:p w14:paraId="76362A57" w14:textId="77777777" w:rsidR="000401D1" w:rsidRPr="00902943" w:rsidRDefault="000716BA" w:rsidP="00902943">
            <w:r w:rsidRPr="00902943">
              <w:t>Combining images/info.</w:t>
            </w:r>
          </w:p>
        </w:tc>
        <w:tc>
          <w:tcPr>
            <w:tcW w:w="1000" w:type="pct"/>
          </w:tcPr>
          <w:p w14:paraId="17033123" w14:textId="77777777" w:rsidR="000401D1" w:rsidRPr="00902943" w:rsidRDefault="000716BA" w:rsidP="00902943">
            <w:r w:rsidRPr="00902943">
              <w:t>Layout and curation.</w:t>
            </w:r>
          </w:p>
        </w:tc>
        <w:tc>
          <w:tcPr>
            <w:tcW w:w="1000" w:type="pct"/>
          </w:tcPr>
          <w:p w14:paraId="7080C3FC" w14:textId="77777777" w:rsidR="000401D1" w:rsidRPr="00902943" w:rsidRDefault="000716BA" w:rsidP="00902943">
            <w:r w:rsidRPr="00902943">
              <w:t>zine, layout</w:t>
            </w:r>
          </w:p>
        </w:tc>
      </w:tr>
    </w:tbl>
    <w:p w14:paraId="643B507F" w14:textId="77777777" w:rsidR="000716BA" w:rsidRPr="00902943" w:rsidRDefault="000716BA" w:rsidP="00902943">
      <w:pPr>
        <w:spacing w:after="0"/>
      </w:pPr>
    </w:p>
    <w:sectPr w:rsidR="000716BA" w:rsidRPr="00902943" w:rsidSect="009029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3560464">
    <w:abstractNumId w:val="8"/>
  </w:num>
  <w:num w:numId="2" w16cid:durableId="1561671925">
    <w:abstractNumId w:val="6"/>
  </w:num>
  <w:num w:numId="3" w16cid:durableId="96338201">
    <w:abstractNumId w:val="5"/>
  </w:num>
  <w:num w:numId="4" w16cid:durableId="315379000">
    <w:abstractNumId w:val="4"/>
  </w:num>
  <w:num w:numId="5" w16cid:durableId="1436485654">
    <w:abstractNumId w:val="7"/>
  </w:num>
  <w:num w:numId="6" w16cid:durableId="1334722511">
    <w:abstractNumId w:val="3"/>
  </w:num>
  <w:num w:numId="7" w16cid:durableId="779109924">
    <w:abstractNumId w:val="2"/>
  </w:num>
  <w:num w:numId="8" w16cid:durableId="385496737">
    <w:abstractNumId w:val="1"/>
  </w:num>
  <w:num w:numId="9" w16cid:durableId="246428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01D1"/>
    <w:rsid w:val="0006063C"/>
    <w:rsid w:val="000716BA"/>
    <w:rsid w:val="0015074B"/>
    <w:rsid w:val="00226A22"/>
    <w:rsid w:val="0029639D"/>
    <w:rsid w:val="00326F90"/>
    <w:rsid w:val="003F7864"/>
    <w:rsid w:val="0090294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A43CA7"/>
  <w14:defaultImageDpi w14:val="300"/>
  <w15:docId w15:val="{4C571BA4-AE56-46E8-91B9-75F7606F6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entury Gothic" w:hAnsi="Century Gothic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2</cp:revision>
  <dcterms:created xsi:type="dcterms:W3CDTF">2025-11-24T13:13:00Z</dcterms:created>
  <dcterms:modified xsi:type="dcterms:W3CDTF">2025-11-24T13:13:00Z</dcterms:modified>
  <cp:category/>
</cp:coreProperties>
</file>