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855BAE" w14:textId="77777777" w:rsidR="00C2573C" w:rsidRPr="00D21F45" w:rsidRDefault="00901D8F" w:rsidP="00D21F45">
      <w:pPr>
        <w:spacing w:after="0" w:line="240" w:lineRule="auto"/>
        <w:jc w:val="center"/>
        <w:rPr>
          <w:b/>
          <w:bCs/>
          <w:color w:val="0070C0"/>
          <w:sz w:val="32"/>
          <w:szCs w:val="32"/>
        </w:rPr>
      </w:pPr>
      <w:r w:rsidRPr="00D21F45">
        <w:rPr>
          <w:b/>
          <w:bCs/>
          <w:color w:val="0070C0"/>
          <w:sz w:val="32"/>
          <w:szCs w:val="32"/>
        </w:rPr>
        <w:t>KS1 Detailed Lesson Progression for Art Year A</w:t>
      </w:r>
    </w:p>
    <w:p w14:paraId="641AEC9D" w14:textId="77777777" w:rsidR="00C2573C" w:rsidRPr="00D21F45" w:rsidRDefault="00901D8F" w:rsidP="00D21F45">
      <w:pPr>
        <w:spacing w:after="0" w:line="240" w:lineRule="auto"/>
        <w:rPr>
          <w:b/>
          <w:bCs/>
          <w:color w:val="0070C0"/>
        </w:rPr>
      </w:pPr>
      <w:r w:rsidRPr="00D21F45">
        <w:rPr>
          <w:b/>
          <w:bCs/>
          <w:color w:val="0070C0"/>
        </w:rPr>
        <w:t>Exploring line and shape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78"/>
        <w:gridCol w:w="2878"/>
        <w:gridCol w:w="2878"/>
        <w:gridCol w:w="2878"/>
        <w:gridCol w:w="2878"/>
      </w:tblGrid>
      <w:tr w:rsidR="00C2573C" w:rsidRPr="00D21F45" w14:paraId="14E14FCB" w14:textId="77777777" w:rsidTr="00D21F45">
        <w:tc>
          <w:tcPr>
            <w:tcW w:w="1000" w:type="pct"/>
          </w:tcPr>
          <w:p w14:paraId="77F42B08" w14:textId="77777777" w:rsidR="00C2573C" w:rsidRPr="00D21F45" w:rsidRDefault="00901D8F" w:rsidP="00D21F45">
            <w:r w:rsidRPr="00D21F45">
              <w:t>Lesson</w:t>
            </w:r>
          </w:p>
        </w:tc>
        <w:tc>
          <w:tcPr>
            <w:tcW w:w="1000" w:type="pct"/>
          </w:tcPr>
          <w:p w14:paraId="6D23D69A" w14:textId="77777777" w:rsidR="00C2573C" w:rsidRPr="00D21F45" w:rsidRDefault="00901D8F" w:rsidP="00D21F45">
            <w:r w:rsidRPr="00D21F45">
              <w:t>Learning Objectives</w:t>
            </w:r>
          </w:p>
        </w:tc>
        <w:tc>
          <w:tcPr>
            <w:tcW w:w="1000" w:type="pct"/>
          </w:tcPr>
          <w:p w14:paraId="12ECC62A" w14:textId="77777777" w:rsidR="00C2573C" w:rsidRPr="00D21F45" w:rsidRDefault="00901D8F" w:rsidP="00D21F45">
            <w:r w:rsidRPr="00D21F45">
              <w:t>Core Knowledge</w:t>
            </w:r>
          </w:p>
        </w:tc>
        <w:tc>
          <w:tcPr>
            <w:tcW w:w="1000" w:type="pct"/>
          </w:tcPr>
          <w:p w14:paraId="207AE23F" w14:textId="77777777" w:rsidR="00C2573C" w:rsidRPr="00D21F45" w:rsidRDefault="00901D8F" w:rsidP="00D21F45">
            <w:r w:rsidRPr="00D21F45">
              <w:t>Core Skills</w:t>
            </w:r>
          </w:p>
        </w:tc>
        <w:tc>
          <w:tcPr>
            <w:tcW w:w="1000" w:type="pct"/>
          </w:tcPr>
          <w:p w14:paraId="25464C14" w14:textId="77777777" w:rsidR="00C2573C" w:rsidRPr="00D21F45" w:rsidRDefault="00901D8F" w:rsidP="00D21F45">
            <w:r w:rsidRPr="00D21F45">
              <w:t>Vocabulary</w:t>
            </w:r>
          </w:p>
        </w:tc>
      </w:tr>
      <w:tr w:rsidR="00C2573C" w:rsidRPr="00D21F45" w14:paraId="51A69AF6" w14:textId="77777777" w:rsidTr="00D21F45">
        <w:tc>
          <w:tcPr>
            <w:tcW w:w="1000" w:type="pct"/>
          </w:tcPr>
          <w:p w14:paraId="22BEDEE3" w14:textId="77777777" w:rsidR="00C2573C" w:rsidRPr="00D21F45" w:rsidRDefault="00901D8F" w:rsidP="00D21F45">
            <w:r w:rsidRPr="00D21F45">
              <w:t>Exploring line</w:t>
            </w:r>
          </w:p>
        </w:tc>
        <w:tc>
          <w:tcPr>
            <w:tcW w:w="1000" w:type="pct"/>
          </w:tcPr>
          <w:p w14:paraId="0F797087" w14:textId="77777777" w:rsidR="00C2573C" w:rsidRPr="00D21F45" w:rsidRDefault="00901D8F" w:rsidP="00D21F45">
            <w:r w:rsidRPr="00D21F45">
              <w:t>Explore control and pressure to create different lines.</w:t>
            </w:r>
          </w:p>
        </w:tc>
        <w:tc>
          <w:tcPr>
            <w:tcW w:w="1000" w:type="pct"/>
          </w:tcPr>
          <w:p w14:paraId="40DE9826" w14:textId="77777777" w:rsidR="00C2573C" w:rsidRPr="00D21F45" w:rsidRDefault="00901D8F" w:rsidP="00D21F45">
            <w:r w:rsidRPr="00D21F45">
              <w:t>Understanding that lines vary and convey form.</w:t>
            </w:r>
          </w:p>
        </w:tc>
        <w:tc>
          <w:tcPr>
            <w:tcW w:w="1000" w:type="pct"/>
          </w:tcPr>
          <w:p w14:paraId="367FD0FB" w14:textId="77777777" w:rsidR="00C2573C" w:rsidRPr="00D21F45" w:rsidRDefault="00901D8F" w:rsidP="00D21F45">
            <w:r w:rsidRPr="00D21F45">
              <w:t>Mark-making control.</w:t>
            </w:r>
          </w:p>
        </w:tc>
        <w:tc>
          <w:tcPr>
            <w:tcW w:w="1000" w:type="pct"/>
          </w:tcPr>
          <w:p w14:paraId="60810B97" w14:textId="77777777" w:rsidR="00C2573C" w:rsidRPr="00D21F45" w:rsidRDefault="00901D8F" w:rsidP="00D21F45">
            <w:r w:rsidRPr="00D21F45">
              <w:t>line, pressure, control</w:t>
            </w:r>
          </w:p>
        </w:tc>
      </w:tr>
      <w:tr w:rsidR="00C2573C" w:rsidRPr="00D21F45" w14:paraId="74B91F69" w14:textId="77777777" w:rsidTr="00D21F45">
        <w:tc>
          <w:tcPr>
            <w:tcW w:w="1000" w:type="pct"/>
          </w:tcPr>
          <w:p w14:paraId="7F93B9E9" w14:textId="77777777" w:rsidR="00C2573C" w:rsidRPr="00D21F45" w:rsidRDefault="00901D8F" w:rsidP="00D21F45">
            <w:r w:rsidRPr="00D21F45">
              <w:t>Musical lines</w:t>
            </w:r>
          </w:p>
        </w:tc>
        <w:tc>
          <w:tcPr>
            <w:tcW w:w="1000" w:type="pct"/>
          </w:tcPr>
          <w:p w14:paraId="61502B16" w14:textId="77777777" w:rsidR="00C2573C" w:rsidRPr="00D21F45" w:rsidRDefault="00901D8F" w:rsidP="00D21F45">
            <w:r w:rsidRPr="00D21F45">
              <w:t>Practise line-making using music.</w:t>
            </w:r>
          </w:p>
        </w:tc>
        <w:tc>
          <w:tcPr>
            <w:tcW w:w="1000" w:type="pct"/>
          </w:tcPr>
          <w:p w14:paraId="5B91C62E" w14:textId="77777777" w:rsidR="00C2573C" w:rsidRPr="00D21F45" w:rsidRDefault="00901D8F" w:rsidP="00D21F45">
            <w:r w:rsidRPr="00D21F45">
              <w:t>Sounds can influence artistic choices.</w:t>
            </w:r>
          </w:p>
        </w:tc>
        <w:tc>
          <w:tcPr>
            <w:tcW w:w="1000" w:type="pct"/>
          </w:tcPr>
          <w:p w14:paraId="026CAEBA" w14:textId="77777777" w:rsidR="00C2573C" w:rsidRPr="00D21F45" w:rsidRDefault="00901D8F" w:rsidP="00D21F45">
            <w:r w:rsidRPr="00D21F45">
              <w:t>Expressive line creation.</w:t>
            </w:r>
          </w:p>
        </w:tc>
        <w:tc>
          <w:tcPr>
            <w:tcW w:w="1000" w:type="pct"/>
          </w:tcPr>
          <w:p w14:paraId="1E77CB25" w14:textId="77777777" w:rsidR="00C2573C" w:rsidRPr="00D21F45" w:rsidRDefault="00901D8F" w:rsidP="00D21F45">
            <w:r w:rsidRPr="00D21F45">
              <w:t>line, rhythm</w:t>
            </w:r>
          </w:p>
        </w:tc>
      </w:tr>
      <w:tr w:rsidR="00C2573C" w:rsidRPr="00D21F45" w14:paraId="4E799575" w14:textId="77777777" w:rsidTr="00D21F45">
        <w:tc>
          <w:tcPr>
            <w:tcW w:w="1000" w:type="pct"/>
          </w:tcPr>
          <w:p w14:paraId="7CF6EF3C" w14:textId="77777777" w:rsidR="00C2573C" w:rsidRPr="00D21F45" w:rsidRDefault="00901D8F" w:rsidP="00D21F45">
            <w:r w:rsidRPr="00D21F45">
              <w:t>Exploring shapes</w:t>
            </w:r>
          </w:p>
        </w:tc>
        <w:tc>
          <w:tcPr>
            <w:tcW w:w="1000" w:type="pct"/>
          </w:tcPr>
          <w:p w14:paraId="2844C6D0" w14:textId="77777777" w:rsidR="00C2573C" w:rsidRPr="00D21F45" w:rsidRDefault="00901D8F" w:rsidP="00D21F45">
            <w:r w:rsidRPr="00D21F45">
              <w:t>Connect lines to create shapes.</w:t>
            </w:r>
          </w:p>
        </w:tc>
        <w:tc>
          <w:tcPr>
            <w:tcW w:w="1000" w:type="pct"/>
          </w:tcPr>
          <w:p w14:paraId="718BD055" w14:textId="77777777" w:rsidR="00C2573C" w:rsidRPr="00D21F45" w:rsidRDefault="00901D8F" w:rsidP="00D21F45">
            <w:r w:rsidRPr="00D21F45">
              <w:t>Shapes can be organic or geometric.</w:t>
            </w:r>
          </w:p>
        </w:tc>
        <w:tc>
          <w:tcPr>
            <w:tcW w:w="1000" w:type="pct"/>
          </w:tcPr>
          <w:p w14:paraId="1BC4449E" w14:textId="77777777" w:rsidR="00C2573C" w:rsidRPr="00D21F45" w:rsidRDefault="00901D8F" w:rsidP="00D21F45">
            <w:r w:rsidRPr="00D21F45">
              <w:t>Shape construction.</w:t>
            </w:r>
          </w:p>
        </w:tc>
        <w:tc>
          <w:tcPr>
            <w:tcW w:w="1000" w:type="pct"/>
          </w:tcPr>
          <w:p w14:paraId="53891F10" w14:textId="77777777" w:rsidR="00C2573C" w:rsidRPr="00D21F45" w:rsidRDefault="00901D8F" w:rsidP="00D21F45">
            <w:r w:rsidRPr="00D21F45">
              <w:t>shape, organic</w:t>
            </w:r>
          </w:p>
        </w:tc>
      </w:tr>
      <w:tr w:rsidR="00C2573C" w:rsidRPr="00D21F45" w14:paraId="31F3E153" w14:textId="77777777" w:rsidTr="00D21F45">
        <w:tc>
          <w:tcPr>
            <w:tcW w:w="1000" w:type="pct"/>
          </w:tcPr>
          <w:p w14:paraId="296791E1" w14:textId="77777777" w:rsidR="00C2573C" w:rsidRPr="00D21F45" w:rsidRDefault="00901D8F" w:rsidP="00D21F45">
            <w:r w:rsidRPr="00D21F45">
              <w:t>Shape in art</w:t>
            </w:r>
          </w:p>
        </w:tc>
        <w:tc>
          <w:tcPr>
            <w:tcW w:w="1000" w:type="pct"/>
          </w:tcPr>
          <w:p w14:paraId="05543F8E" w14:textId="77777777" w:rsidR="00C2573C" w:rsidRPr="00D21F45" w:rsidRDefault="00901D8F" w:rsidP="00D21F45">
            <w:r w:rsidRPr="00D21F45">
              <w:t>Identify shapes in artwork.</w:t>
            </w:r>
          </w:p>
        </w:tc>
        <w:tc>
          <w:tcPr>
            <w:tcW w:w="1000" w:type="pct"/>
          </w:tcPr>
          <w:p w14:paraId="0C16E3C2" w14:textId="77777777" w:rsidR="00C2573C" w:rsidRPr="00D21F45" w:rsidRDefault="00901D8F" w:rsidP="00D21F45">
            <w:r w:rsidRPr="00D21F45">
              <w:t>Artists use shapes as foundations.</w:t>
            </w:r>
          </w:p>
        </w:tc>
        <w:tc>
          <w:tcPr>
            <w:tcW w:w="1000" w:type="pct"/>
          </w:tcPr>
          <w:p w14:paraId="652C53A7" w14:textId="77777777" w:rsidR="00C2573C" w:rsidRPr="00D21F45" w:rsidRDefault="00901D8F" w:rsidP="00D21F45">
            <w:r w:rsidRPr="00D21F45">
              <w:t>Observation.</w:t>
            </w:r>
          </w:p>
        </w:tc>
        <w:tc>
          <w:tcPr>
            <w:tcW w:w="1000" w:type="pct"/>
          </w:tcPr>
          <w:p w14:paraId="70922720" w14:textId="77777777" w:rsidR="00C2573C" w:rsidRPr="00D21F45" w:rsidRDefault="00901D8F" w:rsidP="00D21F45">
            <w:r w:rsidRPr="00D21F45">
              <w:t>shape, artist</w:t>
            </w:r>
          </w:p>
        </w:tc>
      </w:tr>
      <w:tr w:rsidR="00C2573C" w:rsidRPr="00D21F45" w14:paraId="7BAB9706" w14:textId="77777777" w:rsidTr="00D21F45">
        <w:tc>
          <w:tcPr>
            <w:tcW w:w="1000" w:type="pct"/>
          </w:tcPr>
          <w:p w14:paraId="7417F9CD" w14:textId="77777777" w:rsidR="00C2573C" w:rsidRPr="00D21F45" w:rsidRDefault="00901D8F" w:rsidP="00D21F45">
            <w:r w:rsidRPr="00D21F45">
              <w:t>Klee portraits</w:t>
            </w:r>
          </w:p>
        </w:tc>
        <w:tc>
          <w:tcPr>
            <w:tcW w:w="1000" w:type="pct"/>
          </w:tcPr>
          <w:p w14:paraId="56D726B5" w14:textId="77777777" w:rsidR="00C2573C" w:rsidRPr="00D21F45" w:rsidRDefault="00901D8F" w:rsidP="00D21F45">
            <w:r w:rsidRPr="00D21F45">
              <w:t>Use lines/shapes for portraits.</w:t>
            </w:r>
          </w:p>
        </w:tc>
        <w:tc>
          <w:tcPr>
            <w:tcW w:w="1000" w:type="pct"/>
          </w:tcPr>
          <w:p w14:paraId="16F4C3B3" w14:textId="77777777" w:rsidR="00C2573C" w:rsidRPr="00D21F45" w:rsidRDefault="00901D8F" w:rsidP="00D21F45">
            <w:r w:rsidRPr="00D21F45">
              <w:t>Understanding Klee’s style.</w:t>
            </w:r>
          </w:p>
        </w:tc>
        <w:tc>
          <w:tcPr>
            <w:tcW w:w="1000" w:type="pct"/>
          </w:tcPr>
          <w:p w14:paraId="47046A9E" w14:textId="77777777" w:rsidR="00C2573C" w:rsidRPr="00D21F45" w:rsidRDefault="00901D8F" w:rsidP="00D21F45">
            <w:r w:rsidRPr="00D21F45">
              <w:t>Drawing faces.</w:t>
            </w:r>
          </w:p>
        </w:tc>
        <w:tc>
          <w:tcPr>
            <w:tcW w:w="1000" w:type="pct"/>
          </w:tcPr>
          <w:p w14:paraId="0F7AF8E8" w14:textId="77777777" w:rsidR="00C2573C" w:rsidRPr="00D21F45" w:rsidRDefault="00901D8F" w:rsidP="00D21F45">
            <w:r w:rsidRPr="00D21F45">
              <w:t>portrait, line, shape</w:t>
            </w:r>
          </w:p>
        </w:tc>
      </w:tr>
    </w:tbl>
    <w:p w14:paraId="1EDFFA76" w14:textId="77777777" w:rsidR="00D21F45" w:rsidRDefault="00D21F45" w:rsidP="00D21F45">
      <w:pPr>
        <w:spacing w:after="0" w:line="240" w:lineRule="auto"/>
      </w:pPr>
    </w:p>
    <w:p w14:paraId="00CDAA9C" w14:textId="6B791322" w:rsidR="00C2573C" w:rsidRPr="00D21F45" w:rsidRDefault="00901D8F" w:rsidP="00D21F45">
      <w:pPr>
        <w:spacing w:after="0" w:line="240" w:lineRule="auto"/>
        <w:rPr>
          <w:b/>
          <w:bCs/>
          <w:color w:val="0070C0"/>
        </w:rPr>
      </w:pPr>
      <w:r w:rsidRPr="00D21F45">
        <w:rPr>
          <w:b/>
          <w:bCs/>
          <w:color w:val="0070C0"/>
        </w:rPr>
        <w:t>Colour splash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78"/>
        <w:gridCol w:w="2878"/>
        <w:gridCol w:w="2878"/>
        <w:gridCol w:w="2878"/>
        <w:gridCol w:w="2878"/>
      </w:tblGrid>
      <w:tr w:rsidR="00C2573C" w:rsidRPr="00D21F45" w14:paraId="189EDDFF" w14:textId="77777777" w:rsidTr="00D21F45">
        <w:tc>
          <w:tcPr>
            <w:tcW w:w="1000" w:type="pct"/>
          </w:tcPr>
          <w:p w14:paraId="6D16C5A9" w14:textId="77777777" w:rsidR="00C2573C" w:rsidRPr="00D21F45" w:rsidRDefault="00901D8F" w:rsidP="00D21F45">
            <w:r w:rsidRPr="00D21F45">
              <w:t>Lesson</w:t>
            </w:r>
          </w:p>
        </w:tc>
        <w:tc>
          <w:tcPr>
            <w:tcW w:w="1000" w:type="pct"/>
          </w:tcPr>
          <w:p w14:paraId="1DA9DDEF" w14:textId="77777777" w:rsidR="00C2573C" w:rsidRPr="00D21F45" w:rsidRDefault="00901D8F" w:rsidP="00D21F45">
            <w:r w:rsidRPr="00D21F45">
              <w:t>Learning Objectives</w:t>
            </w:r>
          </w:p>
        </w:tc>
        <w:tc>
          <w:tcPr>
            <w:tcW w:w="1000" w:type="pct"/>
          </w:tcPr>
          <w:p w14:paraId="18B3CA4E" w14:textId="77777777" w:rsidR="00C2573C" w:rsidRPr="00D21F45" w:rsidRDefault="00901D8F" w:rsidP="00D21F45">
            <w:r w:rsidRPr="00D21F45">
              <w:t>Core Knowledge</w:t>
            </w:r>
          </w:p>
        </w:tc>
        <w:tc>
          <w:tcPr>
            <w:tcW w:w="1000" w:type="pct"/>
          </w:tcPr>
          <w:p w14:paraId="4464D9D1" w14:textId="77777777" w:rsidR="00C2573C" w:rsidRPr="00D21F45" w:rsidRDefault="00901D8F" w:rsidP="00D21F45">
            <w:r w:rsidRPr="00D21F45">
              <w:t>Core Skills</w:t>
            </w:r>
          </w:p>
        </w:tc>
        <w:tc>
          <w:tcPr>
            <w:tcW w:w="1000" w:type="pct"/>
          </w:tcPr>
          <w:p w14:paraId="6C050BB4" w14:textId="77777777" w:rsidR="00C2573C" w:rsidRPr="00D21F45" w:rsidRDefault="00901D8F" w:rsidP="00D21F45">
            <w:r w:rsidRPr="00D21F45">
              <w:t>Vocabulary</w:t>
            </w:r>
          </w:p>
        </w:tc>
      </w:tr>
      <w:tr w:rsidR="00C2573C" w:rsidRPr="00D21F45" w14:paraId="56865842" w14:textId="77777777" w:rsidTr="00D21F45">
        <w:tc>
          <w:tcPr>
            <w:tcW w:w="1000" w:type="pct"/>
          </w:tcPr>
          <w:p w14:paraId="21B73ECE" w14:textId="77777777" w:rsidR="00C2573C" w:rsidRPr="00D21F45" w:rsidRDefault="00901D8F" w:rsidP="00D21F45">
            <w:r w:rsidRPr="00D21F45">
              <w:t>Making colours</w:t>
            </w:r>
          </w:p>
        </w:tc>
        <w:tc>
          <w:tcPr>
            <w:tcW w:w="1000" w:type="pct"/>
          </w:tcPr>
          <w:p w14:paraId="0DF11D09" w14:textId="77777777" w:rsidR="00C2573C" w:rsidRPr="00D21F45" w:rsidRDefault="00901D8F" w:rsidP="00D21F45">
            <w:r w:rsidRPr="00D21F45">
              <w:t>Mix secondary colours.</w:t>
            </w:r>
          </w:p>
        </w:tc>
        <w:tc>
          <w:tcPr>
            <w:tcW w:w="1000" w:type="pct"/>
          </w:tcPr>
          <w:p w14:paraId="75F39E95" w14:textId="77777777" w:rsidR="00C2573C" w:rsidRPr="00D21F45" w:rsidRDefault="00901D8F" w:rsidP="00D21F45">
            <w:r w:rsidRPr="00D21F45">
              <w:t>Primary + primary = secondary.</w:t>
            </w:r>
          </w:p>
        </w:tc>
        <w:tc>
          <w:tcPr>
            <w:tcW w:w="1000" w:type="pct"/>
          </w:tcPr>
          <w:p w14:paraId="1E17C2CD" w14:textId="77777777" w:rsidR="00C2573C" w:rsidRPr="00D21F45" w:rsidRDefault="00901D8F" w:rsidP="00D21F45">
            <w:r w:rsidRPr="00D21F45">
              <w:t>Colour mixing.</w:t>
            </w:r>
          </w:p>
        </w:tc>
        <w:tc>
          <w:tcPr>
            <w:tcW w:w="1000" w:type="pct"/>
          </w:tcPr>
          <w:p w14:paraId="1098F1F1" w14:textId="77777777" w:rsidR="00C2573C" w:rsidRPr="00D21F45" w:rsidRDefault="00901D8F" w:rsidP="00D21F45">
            <w:r w:rsidRPr="00D21F45">
              <w:t>primary, secondary, mix</w:t>
            </w:r>
          </w:p>
        </w:tc>
      </w:tr>
      <w:tr w:rsidR="00C2573C" w:rsidRPr="00D21F45" w14:paraId="33BD1B09" w14:textId="77777777" w:rsidTr="00D21F45">
        <w:tc>
          <w:tcPr>
            <w:tcW w:w="1000" w:type="pct"/>
          </w:tcPr>
          <w:p w14:paraId="7AF4AE2B" w14:textId="77777777" w:rsidR="00C2573C" w:rsidRPr="00D21F45" w:rsidRDefault="00901D8F" w:rsidP="00D21F45">
            <w:r w:rsidRPr="00D21F45">
              <w:t>Painting with colour</w:t>
            </w:r>
          </w:p>
        </w:tc>
        <w:tc>
          <w:tcPr>
            <w:tcW w:w="1000" w:type="pct"/>
          </w:tcPr>
          <w:p w14:paraId="17CAB1CB" w14:textId="77777777" w:rsidR="00C2573C" w:rsidRPr="00D21F45" w:rsidRDefault="00901D8F" w:rsidP="00D21F45">
            <w:r w:rsidRPr="00D21F45">
              <w:t>Use colour mixing in painting.</w:t>
            </w:r>
          </w:p>
        </w:tc>
        <w:tc>
          <w:tcPr>
            <w:tcW w:w="1000" w:type="pct"/>
          </w:tcPr>
          <w:p w14:paraId="56136A1F" w14:textId="77777777" w:rsidR="00C2573C" w:rsidRPr="00D21F45" w:rsidRDefault="00901D8F" w:rsidP="00D21F45">
            <w:r w:rsidRPr="00D21F45">
              <w:t>Colour application.</w:t>
            </w:r>
          </w:p>
        </w:tc>
        <w:tc>
          <w:tcPr>
            <w:tcW w:w="1000" w:type="pct"/>
          </w:tcPr>
          <w:p w14:paraId="41DB1C00" w14:textId="77777777" w:rsidR="00C2573C" w:rsidRPr="00D21F45" w:rsidRDefault="00901D8F" w:rsidP="00D21F45">
            <w:r w:rsidRPr="00D21F45">
              <w:t>Brush control.</w:t>
            </w:r>
          </w:p>
        </w:tc>
        <w:tc>
          <w:tcPr>
            <w:tcW w:w="1000" w:type="pct"/>
          </w:tcPr>
          <w:p w14:paraId="0DCE05B1" w14:textId="77777777" w:rsidR="00C2573C" w:rsidRPr="00D21F45" w:rsidRDefault="00901D8F" w:rsidP="00D21F45">
            <w:proofErr w:type="gramStart"/>
            <w:r w:rsidRPr="00D21F45">
              <w:t>hue</w:t>
            </w:r>
            <w:proofErr w:type="gramEnd"/>
            <w:r w:rsidRPr="00D21F45">
              <w:t>, shade</w:t>
            </w:r>
          </w:p>
        </w:tc>
      </w:tr>
      <w:tr w:rsidR="00C2573C" w:rsidRPr="00D21F45" w14:paraId="48E3B1A4" w14:textId="77777777" w:rsidTr="00D21F45">
        <w:tc>
          <w:tcPr>
            <w:tcW w:w="1000" w:type="pct"/>
          </w:tcPr>
          <w:p w14:paraId="78C309E6" w14:textId="77777777" w:rsidR="00C2573C" w:rsidRPr="00D21F45" w:rsidRDefault="00901D8F" w:rsidP="00D21F45">
            <w:r w:rsidRPr="00D21F45">
              <w:t>Printing with paint</w:t>
            </w:r>
          </w:p>
        </w:tc>
        <w:tc>
          <w:tcPr>
            <w:tcW w:w="1000" w:type="pct"/>
          </w:tcPr>
          <w:p w14:paraId="6D5FB064" w14:textId="77777777" w:rsidR="00C2573C" w:rsidRPr="00D21F45" w:rsidRDefault="00901D8F" w:rsidP="00D21F45">
            <w:r w:rsidRPr="00D21F45">
              <w:t>Explore colour in printing.</w:t>
            </w:r>
          </w:p>
        </w:tc>
        <w:tc>
          <w:tcPr>
            <w:tcW w:w="1000" w:type="pct"/>
          </w:tcPr>
          <w:p w14:paraId="0AFEE5A4" w14:textId="77777777" w:rsidR="00C2573C" w:rsidRPr="00D21F45" w:rsidRDefault="00901D8F" w:rsidP="00D21F45">
            <w:r w:rsidRPr="00D21F45">
              <w:t>Printmaking basics.</w:t>
            </w:r>
          </w:p>
        </w:tc>
        <w:tc>
          <w:tcPr>
            <w:tcW w:w="1000" w:type="pct"/>
          </w:tcPr>
          <w:p w14:paraId="6FBC7B0C" w14:textId="77777777" w:rsidR="00C2573C" w:rsidRPr="00D21F45" w:rsidRDefault="00901D8F" w:rsidP="00D21F45">
            <w:r w:rsidRPr="00D21F45">
              <w:t>Applying paint evenly.</w:t>
            </w:r>
          </w:p>
        </w:tc>
        <w:tc>
          <w:tcPr>
            <w:tcW w:w="1000" w:type="pct"/>
          </w:tcPr>
          <w:p w14:paraId="2CC97D96" w14:textId="77777777" w:rsidR="00C2573C" w:rsidRPr="00D21F45" w:rsidRDefault="00901D8F" w:rsidP="00D21F45">
            <w:r w:rsidRPr="00D21F45">
              <w:t>print, pattern</w:t>
            </w:r>
          </w:p>
        </w:tc>
      </w:tr>
      <w:tr w:rsidR="00C2573C" w:rsidRPr="00D21F45" w14:paraId="6C697D73" w14:textId="77777777" w:rsidTr="00D21F45">
        <w:tc>
          <w:tcPr>
            <w:tcW w:w="1000" w:type="pct"/>
          </w:tcPr>
          <w:p w14:paraId="6222CBB9" w14:textId="77777777" w:rsidR="00C2573C" w:rsidRPr="00D21F45" w:rsidRDefault="00901D8F" w:rsidP="00D21F45">
            <w:r w:rsidRPr="00D21F45">
              <w:t>Exploring colour mixing</w:t>
            </w:r>
          </w:p>
        </w:tc>
        <w:tc>
          <w:tcPr>
            <w:tcW w:w="1000" w:type="pct"/>
          </w:tcPr>
          <w:p w14:paraId="6BEE6EAB" w14:textId="77777777" w:rsidR="00C2573C" w:rsidRPr="00D21F45" w:rsidRDefault="00901D8F" w:rsidP="00D21F45">
            <w:r w:rsidRPr="00D21F45">
              <w:t>Create varied secondary shades.</w:t>
            </w:r>
          </w:p>
        </w:tc>
        <w:tc>
          <w:tcPr>
            <w:tcW w:w="1000" w:type="pct"/>
          </w:tcPr>
          <w:p w14:paraId="351876A1" w14:textId="77777777" w:rsidR="00C2573C" w:rsidRPr="00D21F45" w:rsidRDefault="00901D8F" w:rsidP="00D21F45">
            <w:r w:rsidRPr="00D21F45">
              <w:t>Shading principles.</w:t>
            </w:r>
          </w:p>
        </w:tc>
        <w:tc>
          <w:tcPr>
            <w:tcW w:w="1000" w:type="pct"/>
          </w:tcPr>
          <w:p w14:paraId="068BD688" w14:textId="77777777" w:rsidR="00C2573C" w:rsidRPr="00D21F45" w:rsidRDefault="00901D8F" w:rsidP="00D21F45">
            <w:r w:rsidRPr="00D21F45">
              <w:t>Mixing precision.</w:t>
            </w:r>
          </w:p>
        </w:tc>
        <w:tc>
          <w:tcPr>
            <w:tcW w:w="1000" w:type="pct"/>
          </w:tcPr>
          <w:p w14:paraId="3DB1E34B" w14:textId="77777777" w:rsidR="00C2573C" w:rsidRPr="00D21F45" w:rsidRDefault="00901D8F" w:rsidP="00D21F45">
            <w:r w:rsidRPr="00D21F45">
              <w:t>shade, blend</w:t>
            </w:r>
          </w:p>
        </w:tc>
      </w:tr>
      <w:tr w:rsidR="00C2573C" w:rsidRPr="00D21F45" w14:paraId="2303261B" w14:textId="77777777" w:rsidTr="00D21F45">
        <w:tc>
          <w:tcPr>
            <w:tcW w:w="1000" w:type="pct"/>
          </w:tcPr>
          <w:p w14:paraId="25FE9060" w14:textId="77777777" w:rsidR="00C2573C" w:rsidRPr="00D21F45" w:rsidRDefault="00901D8F" w:rsidP="00D21F45">
            <w:r w:rsidRPr="00D21F45">
              <w:t>Clarice Cliff plates</w:t>
            </w:r>
          </w:p>
        </w:tc>
        <w:tc>
          <w:tcPr>
            <w:tcW w:w="1000" w:type="pct"/>
          </w:tcPr>
          <w:p w14:paraId="31F5866C" w14:textId="77777777" w:rsidR="00C2573C" w:rsidRPr="00D21F45" w:rsidRDefault="00901D8F" w:rsidP="00D21F45">
            <w:r w:rsidRPr="00D21F45">
              <w:t>Work in an artist's style.</w:t>
            </w:r>
          </w:p>
        </w:tc>
        <w:tc>
          <w:tcPr>
            <w:tcW w:w="1000" w:type="pct"/>
          </w:tcPr>
          <w:p w14:paraId="3332A504" w14:textId="77777777" w:rsidR="00C2573C" w:rsidRPr="00D21F45" w:rsidRDefault="00901D8F" w:rsidP="00D21F45">
            <w:r w:rsidRPr="00D21F45">
              <w:t>Clarice Cliff motifs.</w:t>
            </w:r>
          </w:p>
        </w:tc>
        <w:tc>
          <w:tcPr>
            <w:tcW w:w="1000" w:type="pct"/>
          </w:tcPr>
          <w:p w14:paraId="38F164BE" w14:textId="77777777" w:rsidR="00C2573C" w:rsidRPr="00D21F45" w:rsidRDefault="00901D8F" w:rsidP="00D21F45">
            <w:r w:rsidRPr="00D21F45">
              <w:t>Decorative painting.</w:t>
            </w:r>
          </w:p>
        </w:tc>
        <w:tc>
          <w:tcPr>
            <w:tcW w:w="1000" w:type="pct"/>
          </w:tcPr>
          <w:p w14:paraId="1FB2A225" w14:textId="77777777" w:rsidR="00C2573C" w:rsidRPr="00D21F45" w:rsidRDefault="00901D8F" w:rsidP="00D21F45">
            <w:r w:rsidRPr="00D21F45">
              <w:t>pattern, shape</w:t>
            </w:r>
          </w:p>
        </w:tc>
      </w:tr>
    </w:tbl>
    <w:p w14:paraId="19A0C8AD" w14:textId="77777777" w:rsidR="00D21F45" w:rsidRDefault="00D21F45" w:rsidP="00D21F45">
      <w:pPr>
        <w:spacing w:after="0" w:line="240" w:lineRule="auto"/>
      </w:pPr>
    </w:p>
    <w:p w14:paraId="4AD9AA48" w14:textId="11984521" w:rsidR="00C2573C" w:rsidRPr="00D21F45" w:rsidRDefault="00901D8F" w:rsidP="00D21F45">
      <w:pPr>
        <w:spacing w:after="0" w:line="240" w:lineRule="auto"/>
        <w:rPr>
          <w:b/>
          <w:bCs/>
          <w:color w:val="0070C0"/>
        </w:rPr>
      </w:pPr>
      <w:r w:rsidRPr="00D21F45">
        <w:rPr>
          <w:b/>
          <w:bCs/>
          <w:color w:val="0070C0"/>
        </w:rPr>
        <w:t>Map it out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78"/>
        <w:gridCol w:w="2878"/>
        <w:gridCol w:w="2878"/>
        <w:gridCol w:w="2878"/>
        <w:gridCol w:w="2878"/>
      </w:tblGrid>
      <w:tr w:rsidR="00C2573C" w:rsidRPr="00D21F45" w14:paraId="6128A039" w14:textId="77777777" w:rsidTr="00D21F45">
        <w:tc>
          <w:tcPr>
            <w:tcW w:w="1000" w:type="pct"/>
          </w:tcPr>
          <w:p w14:paraId="1B666925" w14:textId="77777777" w:rsidR="00C2573C" w:rsidRPr="00D21F45" w:rsidRDefault="00901D8F" w:rsidP="00D21F45">
            <w:r w:rsidRPr="00D21F45">
              <w:t>Lesson</w:t>
            </w:r>
          </w:p>
        </w:tc>
        <w:tc>
          <w:tcPr>
            <w:tcW w:w="1000" w:type="pct"/>
          </w:tcPr>
          <w:p w14:paraId="42DC73E1" w14:textId="77777777" w:rsidR="00C2573C" w:rsidRPr="00D21F45" w:rsidRDefault="00901D8F" w:rsidP="00D21F45">
            <w:r w:rsidRPr="00D21F45">
              <w:t>Learning Objectives</w:t>
            </w:r>
          </w:p>
        </w:tc>
        <w:tc>
          <w:tcPr>
            <w:tcW w:w="1000" w:type="pct"/>
          </w:tcPr>
          <w:p w14:paraId="1E564480" w14:textId="77777777" w:rsidR="00C2573C" w:rsidRPr="00D21F45" w:rsidRDefault="00901D8F" w:rsidP="00D21F45">
            <w:r w:rsidRPr="00D21F45">
              <w:t>Core Knowledge</w:t>
            </w:r>
          </w:p>
        </w:tc>
        <w:tc>
          <w:tcPr>
            <w:tcW w:w="1000" w:type="pct"/>
          </w:tcPr>
          <w:p w14:paraId="6E8E9A18" w14:textId="77777777" w:rsidR="00C2573C" w:rsidRPr="00D21F45" w:rsidRDefault="00901D8F" w:rsidP="00D21F45">
            <w:r w:rsidRPr="00D21F45">
              <w:t>Core Skills</w:t>
            </w:r>
          </w:p>
        </w:tc>
        <w:tc>
          <w:tcPr>
            <w:tcW w:w="1000" w:type="pct"/>
          </w:tcPr>
          <w:p w14:paraId="6FBA8260" w14:textId="77777777" w:rsidR="00C2573C" w:rsidRPr="00D21F45" w:rsidRDefault="00901D8F" w:rsidP="00D21F45">
            <w:r w:rsidRPr="00D21F45">
              <w:t>Vocabulary</w:t>
            </w:r>
          </w:p>
        </w:tc>
      </w:tr>
      <w:tr w:rsidR="00C2573C" w:rsidRPr="00D21F45" w14:paraId="2D9C68AB" w14:textId="77777777" w:rsidTr="00D21F45">
        <w:tc>
          <w:tcPr>
            <w:tcW w:w="1000" w:type="pct"/>
          </w:tcPr>
          <w:p w14:paraId="6E979494" w14:textId="77777777" w:rsidR="00C2573C" w:rsidRPr="00D21F45" w:rsidRDefault="00901D8F" w:rsidP="00D21F45">
            <w:r w:rsidRPr="00D21F45">
              <w:t>Creative journey</w:t>
            </w:r>
          </w:p>
        </w:tc>
        <w:tc>
          <w:tcPr>
            <w:tcW w:w="1000" w:type="pct"/>
          </w:tcPr>
          <w:p w14:paraId="482BE4DB" w14:textId="77777777" w:rsidR="00C2573C" w:rsidRPr="00D21F45" w:rsidRDefault="00901D8F" w:rsidP="00D21F45">
            <w:r w:rsidRPr="00D21F45">
              <w:t>Investigate maps for drawing.</w:t>
            </w:r>
          </w:p>
        </w:tc>
        <w:tc>
          <w:tcPr>
            <w:tcW w:w="1000" w:type="pct"/>
          </w:tcPr>
          <w:p w14:paraId="56F77F66" w14:textId="77777777" w:rsidR="00C2573C" w:rsidRPr="00D21F45" w:rsidRDefault="00901D8F" w:rsidP="00D21F45">
            <w:r w:rsidRPr="00D21F45">
              <w:t>Maps convey journeys.</w:t>
            </w:r>
          </w:p>
        </w:tc>
        <w:tc>
          <w:tcPr>
            <w:tcW w:w="1000" w:type="pct"/>
          </w:tcPr>
          <w:p w14:paraId="6FDF3DB9" w14:textId="77777777" w:rsidR="00C2573C" w:rsidRPr="00D21F45" w:rsidRDefault="00901D8F" w:rsidP="00D21F45">
            <w:r w:rsidRPr="00D21F45">
              <w:t>Mark-making.</w:t>
            </w:r>
          </w:p>
        </w:tc>
        <w:tc>
          <w:tcPr>
            <w:tcW w:w="1000" w:type="pct"/>
          </w:tcPr>
          <w:p w14:paraId="624FE1F5" w14:textId="77777777" w:rsidR="00C2573C" w:rsidRPr="00D21F45" w:rsidRDefault="00901D8F" w:rsidP="00D21F45">
            <w:r w:rsidRPr="00D21F45">
              <w:t>map, pattern, texture</w:t>
            </w:r>
          </w:p>
        </w:tc>
      </w:tr>
      <w:tr w:rsidR="00C2573C" w:rsidRPr="00D21F45" w14:paraId="4F92D9A2" w14:textId="77777777" w:rsidTr="00D21F45">
        <w:tc>
          <w:tcPr>
            <w:tcW w:w="1000" w:type="pct"/>
          </w:tcPr>
          <w:p w14:paraId="64683AD7" w14:textId="77777777" w:rsidR="00C2573C" w:rsidRPr="00D21F45" w:rsidRDefault="00901D8F" w:rsidP="00D21F45">
            <w:r w:rsidRPr="00D21F45">
              <w:t>Relief maps</w:t>
            </w:r>
          </w:p>
        </w:tc>
        <w:tc>
          <w:tcPr>
            <w:tcW w:w="1000" w:type="pct"/>
          </w:tcPr>
          <w:p w14:paraId="0DA63854" w14:textId="77777777" w:rsidR="00C2573C" w:rsidRPr="00D21F45" w:rsidRDefault="00901D8F" w:rsidP="00D21F45">
            <w:r w:rsidRPr="00D21F45">
              <w:t>Develop drawings into 3D.</w:t>
            </w:r>
          </w:p>
        </w:tc>
        <w:tc>
          <w:tcPr>
            <w:tcW w:w="1000" w:type="pct"/>
          </w:tcPr>
          <w:p w14:paraId="3CCBA969" w14:textId="77777777" w:rsidR="00C2573C" w:rsidRPr="00D21F45" w:rsidRDefault="00901D8F" w:rsidP="00D21F45">
            <w:r w:rsidRPr="00D21F45">
              <w:t>Relief techniques.</w:t>
            </w:r>
          </w:p>
        </w:tc>
        <w:tc>
          <w:tcPr>
            <w:tcW w:w="1000" w:type="pct"/>
          </w:tcPr>
          <w:p w14:paraId="6C2EF224" w14:textId="77777777" w:rsidR="00C2573C" w:rsidRPr="00D21F45" w:rsidRDefault="00901D8F" w:rsidP="00D21F45">
            <w:r w:rsidRPr="00D21F45">
              <w:t>Building texture.</w:t>
            </w:r>
          </w:p>
        </w:tc>
        <w:tc>
          <w:tcPr>
            <w:tcW w:w="1000" w:type="pct"/>
          </w:tcPr>
          <w:p w14:paraId="600C367A" w14:textId="77777777" w:rsidR="00C2573C" w:rsidRPr="00D21F45" w:rsidRDefault="00901D8F" w:rsidP="00D21F45">
            <w:r w:rsidRPr="00D21F45">
              <w:t>relief, layer</w:t>
            </w:r>
          </w:p>
        </w:tc>
      </w:tr>
      <w:tr w:rsidR="00C2573C" w:rsidRPr="00D21F45" w14:paraId="262550C4" w14:textId="77777777" w:rsidTr="00D21F45">
        <w:tc>
          <w:tcPr>
            <w:tcW w:w="1000" w:type="pct"/>
          </w:tcPr>
          <w:p w14:paraId="4FB40A98" w14:textId="77777777" w:rsidR="00C2573C" w:rsidRPr="00D21F45" w:rsidRDefault="00901D8F" w:rsidP="00D21F45">
            <w:r w:rsidRPr="00D21F45">
              <w:t>Abstract maps</w:t>
            </w:r>
          </w:p>
        </w:tc>
        <w:tc>
          <w:tcPr>
            <w:tcW w:w="1000" w:type="pct"/>
          </w:tcPr>
          <w:p w14:paraId="490754E4" w14:textId="77777777" w:rsidR="00C2573C" w:rsidRPr="00D21F45" w:rsidRDefault="00901D8F" w:rsidP="00D21F45">
            <w:proofErr w:type="gramStart"/>
            <w:r w:rsidRPr="00D21F45">
              <w:t>Experiment</w:t>
            </w:r>
            <w:proofErr w:type="gramEnd"/>
            <w:r w:rsidRPr="00D21F45">
              <w:t xml:space="preserve"> with craft techniques.</w:t>
            </w:r>
          </w:p>
        </w:tc>
        <w:tc>
          <w:tcPr>
            <w:tcW w:w="1000" w:type="pct"/>
          </w:tcPr>
          <w:p w14:paraId="39508958" w14:textId="77777777" w:rsidR="00C2573C" w:rsidRPr="00D21F45" w:rsidRDefault="00901D8F" w:rsidP="00D21F45">
            <w:r w:rsidRPr="00D21F45">
              <w:t>Abstraction principles.</w:t>
            </w:r>
          </w:p>
        </w:tc>
        <w:tc>
          <w:tcPr>
            <w:tcW w:w="1000" w:type="pct"/>
          </w:tcPr>
          <w:p w14:paraId="61B1B8A1" w14:textId="77777777" w:rsidR="00C2573C" w:rsidRPr="00D21F45" w:rsidRDefault="00901D8F" w:rsidP="00D21F45">
            <w:r w:rsidRPr="00D21F45">
              <w:t>Cutting, arranging.</w:t>
            </w:r>
          </w:p>
        </w:tc>
        <w:tc>
          <w:tcPr>
            <w:tcW w:w="1000" w:type="pct"/>
          </w:tcPr>
          <w:p w14:paraId="7A04D326" w14:textId="77777777" w:rsidR="00C2573C" w:rsidRPr="00D21F45" w:rsidRDefault="00901D8F" w:rsidP="00D21F45">
            <w:r w:rsidRPr="00D21F45">
              <w:t>abstract, composition</w:t>
            </w:r>
          </w:p>
        </w:tc>
      </w:tr>
      <w:tr w:rsidR="00C2573C" w:rsidRPr="00D21F45" w14:paraId="3DF22869" w14:textId="77777777" w:rsidTr="00D21F45">
        <w:tc>
          <w:tcPr>
            <w:tcW w:w="1000" w:type="pct"/>
          </w:tcPr>
          <w:p w14:paraId="009841B4" w14:textId="77777777" w:rsidR="00C2573C" w:rsidRPr="00D21F45" w:rsidRDefault="00901D8F" w:rsidP="00D21F45">
            <w:r w:rsidRPr="00D21F45">
              <w:t>Print possibilities</w:t>
            </w:r>
          </w:p>
        </w:tc>
        <w:tc>
          <w:tcPr>
            <w:tcW w:w="1000" w:type="pct"/>
          </w:tcPr>
          <w:p w14:paraId="6C1D4957" w14:textId="77777777" w:rsidR="00C2573C" w:rsidRPr="00D21F45" w:rsidRDefault="00901D8F" w:rsidP="00D21F45">
            <w:r w:rsidRPr="00D21F45">
              <w:t>Develop ideas through printmaking.</w:t>
            </w:r>
          </w:p>
        </w:tc>
        <w:tc>
          <w:tcPr>
            <w:tcW w:w="1000" w:type="pct"/>
          </w:tcPr>
          <w:p w14:paraId="3A937C3A" w14:textId="77777777" w:rsidR="00C2573C" w:rsidRPr="00D21F45" w:rsidRDefault="00901D8F" w:rsidP="00D21F45">
            <w:r w:rsidRPr="00D21F45">
              <w:t>Printing stages.</w:t>
            </w:r>
          </w:p>
        </w:tc>
        <w:tc>
          <w:tcPr>
            <w:tcW w:w="1000" w:type="pct"/>
          </w:tcPr>
          <w:p w14:paraId="4711988F" w14:textId="77777777" w:rsidR="00C2573C" w:rsidRPr="00D21F45" w:rsidRDefault="00901D8F" w:rsidP="00D21F45">
            <w:r w:rsidRPr="00D21F45">
              <w:t>Tile printing.</w:t>
            </w:r>
          </w:p>
        </w:tc>
        <w:tc>
          <w:tcPr>
            <w:tcW w:w="1000" w:type="pct"/>
          </w:tcPr>
          <w:p w14:paraId="0916777A" w14:textId="77777777" w:rsidR="00C2573C" w:rsidRPr="00D21F45" w:rsidRDefault="00901D8F" w:rsidP="00D21F45">
            <w:r w:rsidRPr="00D21F45">
              <w:t>design, pattern</w:t>
            </w:r>
          </w:p>
        </w:tc>
      </w:tr>
      <w:tr w:rsidR="00C2573C" w:rsidRPr="00D21F45" w14:paraId="3D6C0483" w14:textId="77777777" w:rsidTr="00D21F45">
        <w:tc>
          <w:tcPr>
            <w:tcW w:w="1000" w:type="pct"/>
          </w:tcPr>
          <w:p w14:paraId="0E051A9D" w14:textId="77777777" w:rsidR="00C2573C" w:rsidRPr="00D21F45" w:rsidRDefault="00901D8F" w:rsidP="00D21F45">
            <w:r w:rsidRPr="00D21F45">
              <w:t>Gallery experience</w:t>
            </w:r>
          </w:p>
        </w:tc>
        <w:tc>
          <w:tcPr>
            <w:tcW w:w="1000" w:type="pct"/>
          </w:tcPr>
          <w:p w14:paraId="74DAC409" w14:textId="77777777" w:rsidR="00C2573C" w:rsidRPr="00D21F45" w:rsidRDefault="00901D8F" w:rsidP="00D21F45">
            <w:r w:rsidRPr="00D21F45">
              <w:t>Present/evaluate artwork.</w:t>
            </w:r>
          </w:p>
        </w:tc>
        <w:tc>
          <w:tcPr>
            <w:tcW w:w="1000" w:type="pct"/>
          </w:tcPr>
          <w:p w14:paraId="079F86A8" w14:textId="77777777" w:rsidR="00C2573C" w:rsidRPr="00D21F45" w:rsidRDefault="00901D8F" w:rsidP="00D21F45">
            <w:r w:rsidRPr="00D21F45">
              <w:t>Gallery roles.</w:t>
            </w:r>
          </w:p>
        </w:tc>
        <w:tc>
          <w:tcPr>
            <w:tcW w:w="1000" w:type="pct"/>
          </w:tcPr>
          <w:p w14:paraId="0DFD9867" w14:textId="77777777" w:rsidR="00C2573C" w:rsidRPr="00D21F45" w:rsidRDefault="00901D8F" w:rsidP="00D21F45">
            <w:r w:rsidRPr="00D21F45">
              <w:t>Evaluation.</w:t>
            </w:r>
          </w:p>
        </w:tc>
        <w:tc>
          <w:tcPr>
            <w:tcW w:w="1000" w:type="pct"/>
          </w:tcPr>
          <w:p w14:paraId="54CC51D4" w14:textId="77777777" w:rsidR="00C2573C" w:rsidRPr="00D21F45" w:rsidRDefault="00901D8F" w:rsidP="00D21F45">
            <w:r w:rsidRPr="00D21F45">
              <w:t>curator, evaluate</w:t>
            </w:r>
          </w:p>
        </w:tc>
      </w:tr>
    </w:tbl>
    <w:p w14:paraId="73F5EEE7" w14:textId="77777777" w:rsidR="00901D8F" w:rsidRDefault="00901D8F"/>
    <w:sectPr w:rsidR="00901D8F" w:rsidSect="00D21F45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14970854">
    <w:abstractNumId w:val="8"/>
  </w:num>
  <w:num w:numId="2" w16cid:durableId="1036194063">
    <w:abstractNumId w:val="6"/>
  </w:num>
  <w:num w:numId="3" w16cid:durableId="338043679">
    <w:abstractNumId w:val="5"/>
  </w:num>
  <w:num w:numId="4" w16cid:durableId="1670937567">
    <w:abstractNumId w:val="4"/>
  </w:num>
  <w:num w:numId="5" w16cid:durableId="1879471101">
    <w:abstractNumId w:val="7"/>
  </w:num>
  <w:num w:numId="6" w16cid:durableId="233786669">
    <w:abstractNumId w:val="3"/>
  </w:num>
  <w:num w:numId="7" w16cid:durableId="275795728">
    <w:abstractNumId w:val="2"/>
  </w:num>
  <w:num w:numId="8" w16cid:durableId="1185485673">
    <w:abstractNumId w:val="1"/>
  </w:num>
  <w:num w:numId="9" w16cid:durableId="3558088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26A22"/>
    <w:rsid w:val="0029639D"/>
    <w:rsid w:val="00326F90"/>
    <w:rsid w:val="00901D8F"/>
    <w:rsid w:val="00AA1D8D"/>
    <w:rsid w:val="00B47730"/>
    <w:rsid w:val="00C2573C"/>
    <w:rsid w:val="00CB0664"/>
    <w:rsid w:val="00D21F4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4128FCF"/>
  <w14:defaultImageDpi w14:val="300"/>
  <w15:docId w15:val="{4C571BA4-AE56-46E8-91B9-75F7606F6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Century Gothic" w:hAnsi="Century Gothic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1959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Anna Iliffe (CELT - Staff)</cp:lastModifiedBy>
  <cp:revision>2</cp:revision>
  <dcterms:created xsi:type="dcterms:W3CDTF">2025-11-24T13:04:00Z</dcterms:created>
  <dcterms:modified xsi:type="dcterms:W3CDTF">2025-11-24T13:04:00Z</dcterms:modified>
  <cp:category/>
</cp:coreProperties>
</file>